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10764" w14:textId="77777777" w:rsidR="004D66AA" w:rsidRDefault="004D66AA">
      <w:pPr>
        <w:pStyle w:val="Inhaltsverzeichnisberschrift"/>
        <w:rPr>
          <w:b w:val="0"/>
          <w:bCs w:val="0"/>
          <w:color w:val="212C32" w:themeColor="text2" w:themeShade="BF"/>
          <w:spacing w:val="5"/>
          <w:kern w:val="28"/>
          <w:sz w:val="52"/>
          <w:szCs w:val="52"/>
          <w:lang w:val="de-DE"/>
        </w:rPr>
      </w:pPr>
      <w:r w:rsidRPr="004D66AA">
        <w:rPr>
          <w:b w:val="0"/>
          <w:bCs w:val="0"/>
          <w:color w:val="212C32" w:themeColor="text2" w:themeShade="BF"/>
          <w:spacing w:val="5"/>
          <w:kern w:val="28"/>
          <w:sz w:val="52"/>
          <w:szCs w:val="52"/>
          <w:lang w:val="de-DE"/>
        </w:rPr>
        <w:t>Vorbereitungsbogen für Ihre Beratung</w:t>
      </w:r>
    </w:p>
    <w:sdt>
      <w:sdtPr>
        <w:rPr>
          <w:rFonts w:asciiTheme="minorHAnsi" w:eastAsiaTheme="minorEastAsia" w:hAnsiTheme="minorHAnsi" w:cstheme="minorBidi"/>
          <w:b w:val="0"/>
          <w:bCs w:val="0"/>
          <w:color w:val="auto"/>
          <w:sz w:val="22"/>
          <w:szCs w:val="22"/>
          <w:lang w:val="de-DE"/>
        </w:rPr>
        <w:id w:val="291096261"/>
        <w:docPartObj>
          <w:docPartGallery w:val="Table of Contents"/>
          <w:docPartUnique/>
        </w:docPartObj>
      </w:sdtPr>
      <w:sdtEndPr>
        <w:rPr>
          <w:lang w:val="en-US"/>
        </w:rPr>
      </w:sdtEndPr>
      <w:sdtContent>
        <w:p w14:paraId="0A1776EE" w14:textId="7E1DF51B" w:rsidR="00BB57E2" w:rsidRDefault="00BB57E2">
          <w:pPr>
            <w:pStyle w:val="Inhaltsverzeichnisberschrift"/>
          </w:pPr>
          <w:r>
            <w:rPr>
              <w:lang w:val="de-DE"/>
            </w:rPr>
            <w:t>Inhaltsverzeichnis</w:t>
          </w:r>
        </w:p>
        <w:p w14:paraId="0B5775A9" w14:textId="5EF738DB" w:rsidR="00BB57E2" w:rsidRDefault="00BB57E2">
          <w:pPr>
            <w:pStyle w:val="Verzeichnis1"/>
            <w:tabs>
              <w:tab w:val="right" w:leader="dot" w:pos="8630"/>
            </w:tabs>
            <w:rPr>
              <w:noProof/>
              <w:kern w:val="2"/>
              <w:sz w:val="24"/>
              <w:szCs w:val="24"/>
              <w:lang w:val="de-DE" w:eastAsia="de-DE"/>
              <w14:ligatures w14:val="standardContextual"/>
            </w:rPr>
          </w:pPr>
          <w:r>
            <w:fldChar w:fldCharType="begin"/>
          </w:r>
          <w:r>
            <w:instrText xml:space="preserve"> TOC \o "1-3" \h \z \u </w:instrText>
          </w:r>
          <w:r>
            <w:fldChar w:fldCharType="separate"/>
          </w:r>
          <w:hyperlink w:anchor="_Toc224738472" w:history="1">
            <w:r w:rsidRPr="005A4F08">
              <w:rPr>
                <w:rStyle w:val="Hyperlink"/>
                <w:noProof/>
                <w:lang w:val="de-DE"/>
              </w:rPr>
              <w:t>1. Angaben zur Institution und Ansprechpartner:in</w:t>
            </w:r>
            <w:r>
              <w:rPr>
                <w:noProof/>
                <w:webHidden/>
              </w:rPr>
              <w:tab/>
            </w:r>
            <w:r>
              <w:rPr>
                <w:noProof/>
                <w:webHidden/>
              </w:rPr>
              <w:fldChar w:fldCharType="begin"/>
            </w:r>
            <w:r>
              <w:rPr>
                <w:noProof/>
                <w:webHidden/>
              </w:rPr>
              <w:instrText xml:space="preserve"> PAGEREF _Toc224738472 \h </w:instrText>
            </w:r>
            <w:r>
              <w:rPr>
                <w:noProof/>
                <w:webHidden/>
              </w:rPr>
            </w:r>
            <w:r>
              <w:rPr>
                <w:noProof/>
                <w:webHidden/>
              </w:rPr>
              <w:fldChar w:fldCharType="separate"/>
            </w:r>
            <w:r>
              <w:rPr>
                <w:noProof/>
                <w:webHidden/>
              </w:rPr>
              <w:t>2</w:t>
            </w:r>
            <w:r>
              <w:rPr>
                <w:noProof/>
                <w:webHidden/>
              </w:rPr>
              <w:fldChar w:fldCharType="end"/>
            </w:r>
          </w:hyperlink>
        </w:p>
        <w:p w14:paraId="35498FE3" w14:textId="2305FE00" w:rsidR="00BB57E2" w:rsidRDefault="00BB57E2">
          <w:pPr>
            <w:pStyle w:val="Verzeichnis1"/>
            <w:tabs>
              <w:tab w:val="right" w:leader="dot" w:pos="8630"/>
            </w:tabs>
            <w:rPr>
              <w:noProof/>
              <w:kern w:val="2"/>
              <w:sz w:val="24"/>
              <w:szCs w:val="24"/>
              <w:lang w:val="de-DE" w:eastAsia="de-DE"/>
              <w14:ligatures w14:val="standardContextual"/>
            </w:rPr>
          </w:pPr>
          <w:hyperlink w:anchor="_Toc224738473" w:history="1">
            <w:r w:rsidRPr="005A4F08">
              <w:rPr>
                <w:rStyle w:val="Hyperlink"/>
                <w:noProof/>
                <w:lang w:val="de-DE"/>
              </w:rPr>
              <w:t>2. Projektkurztitel</w:t>
            </w:r>
            <w:r>
              <w:rPr>
                <w:noProof/>
                <w:webHidden/>
              </w:rPr>
              <w:tab/>
            </w:r>
            <w:r>
              <w:rPr>
                <w:noProof/>
                <w:webHidden/>
              </w:rPr>
              <w:fldChar w:fldCharType="begin"/>
            </w:r>
            <w:r>
              <w:rPr>
                <w:noProof/>
                <w:webHidden/>
              </w:rPr>
              <w:instrText xml:space="preserve"> PAGEREF _Toc224738473 \h </w:instrText>
            </w:r>
            <w:r>
              <w:rPr>
                <w:noProof/>
                <w:webHidden/>
              </w:rPr>
            </w:r>
            <w:r>
              <w:rPr>
                <w:noProof/>
                <w:webHidden/>
              </w:rPr>
              <w:fldChar w:fldCharType="separate"/>
            </w:r>
            <w:r>
              <w:rPr>
                <w:noProof/>
                <w:webHidden/>
              </w:rPr>
              <w:t>2</w:t>
            </w:r>
            <w:r>
              <w:rPr>
                <w:noProof/>
                <w:webHidden/>
              </w:rPr>
              <w:fldChar w:fldCharType="end"/>
            </w:r>
          </w:hyperlink>
        </w:p>
        <w:p w14:paraId="6221D9D8" w14:textId="3FA54DB3" w:rsidR="00BB57E2" w:rsidRDefault="00BB57E2">
          <w:pPr>
            <w:pStyle w:val="Verzeichnis1"/>
            <w:tabs>
              <w:tab w:val="right" w:leader="dot" w:pos="8630"/>
            </w:tabs>
            <w:rPr>
              <w:noProof/>
              <w:kern w:val="2"/>
              <w:sz w:val="24"/>
              <w:szCs w:val="24"/>
              <w:lang w:val="de-DE" w:eastAsia="de-DE"/>
              <w14:ligatures w14:val="standardContextual"/>
            </w:rPr>
          </w:pPr>
          <w:hyperlink w:anchor="_Toc224738474" w:history="1">
            <w:r w:rsidRPr="005A4F08">
              <w:rPr>
                <w:rStyle w:val="Hyperlink"/>
                <w:noProof/>
                <w:lang w:val="de-DE"/>
              </w:rPr>
              <w:t>3. Beschreibung des Forschungsvorhabens</w:t>
            </w:r>
            <w:r>
              <w:rPr>
                <w:noProof/>
                <w:webHidden/>
              </w:rPr>
              <w:tab/>
            </w:r>
            <w:r>
              <w:rPr>
                <w:noProof/>
                <w:webHidden/>
              </w:rPr>
              <w:fldChar w:fldCharType="begin"/>
            </w:r>
            <w:r>
              <w:rPr>
                <w:noProof/>
                <w:webHidden/>
              </w:rPr>
              <w:instrText xml:space="preserve"> PAGEREF _Toc224738474 \h </w:instrText>
            </w:r>
            <w:r>
              <w:rPr>
                <w:noProof/>
                <w:webHidden/>
              </w:rPr>
            </w:r>
            <w:r>
              <w:rPr>
                <w:noProof/>
                <w:webHidden/>
              </w:rPr>
              <w:fldChar w:fldCharType="separate"/>
            </w:r>
            <w:r>
              <w:rPr>
                <w:noProof/>
                <w:webHidden/>
              </w:rPr>
              <w:t>3</w:t>
            </w:r>
            <w:r>
              <w:rPr>
                <w:noProof/>
                <w:webHidden/>
              </w:rPr>
              <w:fldChar w:fldCharType="end"/>
            </w:r>
          </w:hyperlink>
        </w:p>
        <w:p w14:paraId="47AF2044" w14:textId="51438D03" w:rsidR="00BB57E2" w:rsidRDefault="00BB57E2">
          <w:pPr>
            <w:pStyle w:val="Verzeichnis1"/>
            <w:tabs>
              <w:tab w:val="right" w:leader="dot" w:pos="8630"/>
            </w:tabs>
            <w:rPr>
              <w:noProof/>
              <w:kern w:val="2"/>
              <w:sz w:val="24"/>
              <w:szCs w:val="24"/>
              <w:lang w:val="de-DE" w:eastAsia="de-DE"/>
              <w14:ligatures w14:val="standardContextual"/>
            </w:rPr>
          </w:pPr>
          <w:hyperlink w:anchor="_Toc224738475" w:history="1">
            <w:r w:rsidRPr="005A4F08">
              <w:rPr>
                <w:rStyle w:val="Hyperlink"/>
                <w:noProof/>
                <w:lang w:val="de-DE"/>
              </w:rPr>
              <w:t>4. Fragestellung und geplante Methodik</w:t>
            </w:r>
            <w:r>
              <w:rPr>
                <w:noProof/>
                <w:webHidden/>
              </w:rPr>
              <w:tab/>
            </w:r>
            <w:r>
              <w:rPr>
                <w:noProof/>
                <w:webHidden/>
              </w:rPr>
              <w:fldChar w:fldCharType="begin"/>
            </w:r>
            <w:r>
              <w:rPr>
                <w:noProof/>
                <w:webHidden/>
              </w:rPr>
              <w:instrText xml:space="preserve"> PAGEREF _Toc224738475 \h </w:instrText>
            </w:r>
            <w:r>
              <w:rPr>
                <w:noProof/>
                <w:webHidden/>
              </w:rPr>
            </w:r>
            <w:r>
              <w:rPr>
                <w:noProof/>
                <w:webHidden/>
              </w:rPr>
              <w:fldChar w:fldCharType="separate"/>
            </w:r>
            <w:r>
              <w:rPr>
                <w:noProof/>
                <w:webHidden/>
              </w:rPr>
              <w:t>4</w:t>
            </w:r>
            <w:r>
              <w:rPr>
                <w:noProof/>
                <w:webHidden/>
              </w:rPr>
              <w:fldChar w:fldCharType="end"/>
            </w:r>
          </w:hyperlink>
        </w:p>
        <w:p w14:paraId="2475A0A7" w14:textId="46CC2004" w:rsidR="00BB57E2" w:rsidRDefault="00BB57E2">
          <w:pPr>
            <w:pStyle w:val="Verzeichnis1"/>
            <w:tabs>
              <w:tab w:val="right" w:leader="dot" w:pos="8630"/>
            </w:tabs>
            <w:rPr>
              <w:noProof/>
              <w:kern w:val="2"/>
              <w:sz w:val="24"/>
              <w:szCs w:val="24"/>
              <w:lang w:val="de-DE" w:eastAsia="de-DE"/>
              <w14:ligatures w14:val="standardContextual"/>
            </w:rPr>
          </w:pPr>
          <w:hyperlink w:anchor="_Toc224738476" w:history="1">
            <w:r w:rsidRPr="005A4F08">
              <w:rPr>
                <w:rStyle w:val="Hyperlink"/>
                <w:noProof/>
                <w:lang w:val="de-DE"/>
              </w:rPr>
              <w:t>5. Erwünschte Datensätze / Variablen</w:t>
            </w:r>
            <w:r>
              <w:rPr>
                <w:noProof/>
                <w:webHidden/>
              </w:rPr>
              <w:tab/>
            </w:r>
            <w:r>
              <w:rPr>
                <w:noProof/>
                <w:webHidden/>
              </w:rPr>
              <w:fldChar w:fldCharType="begin"/>
            </w:r>
            <w:r>
              <w:rPr>
                <w:noProof/>
                <w:webHidden/>
              </w:rPr>
              <w:instrText xml:space="preserve"> PAGEREF _Toc224738476 \h </w:instrText>
            </w:r>
            <w:r>
              <w:rPr>
                <w:noProof/>
                <w:webHidden/>
              </w:rPr>
            </w:r>
            <w:r>
              <w:rPr>
                <w:noProof/>
                <w:webHidden/>
              </w:rPr>
              <w:fldChar w:fldCharType="separate"/>
            </w:r>
            <w:r>
              <w:rPr>
                <w:noProof/>
                <w:webHidden/>
              </w:rPr>
              <w:t>5</w:t>
            </w:r>
            <w:r>
              <w:rPr>
                <w:noProof/>
                <w:webHidden/>
              </w:rPr>
              <w:fldChar w:fldCharType="end"/>
            </w:r>
          </w:hyperlink>
        </w:p>
        <w:p w14:paraId="4FA0F93D" w14:textId="160F0BA6" w:rsidR="00BB57E2" w:rsidRDefault="00BB57E2">
          <w:pPr>
            <w:pStyle w:val="Verzeichnis1"/>
            <w:tabs>
              <w:tab w:val="right" w:leader="dot" w:pos="8630"/>
            </w:tabs>
            <w:rPr>
              <w:noProof/>
              <w:kern w:val="2"/>
              <w:sz w:val="24"/>
              <w:szCs w:val="24"/>
              <w:lang w:val="de-DE" w:eastAsia="de-DE"/>
              <w14:ligatures w14:val="standardContextual"/>
            </w:rPr>
          </w:pPr>
          <w:hyperlink w:anchor="_Toc224738477" w:history="1">
            <w:r w:rsidRPr="005A4F08">
              <w:rPr>
                <w:rStyle w:val="Hyperlink"/>
                <w:noProof/>
                <w:lang w:val="de-DE"/>
              </w:rPr>
              <w:t>6. Zeitliche Planung des Projekts</w:t>
            </w:r>
            <w:r>
              <w:rPr>
                <w:noProof/>
                <w:webHidden/>
              </w:rPr>
              <w:tab/>
            </w:r>
            <w:r>
              <w:rPr>
                <w:noProof/>
                <w:webHidden/>
              </w:rPr>
              <w:fldChar w:fldCharType="begin"/>
            </w:r>
            <w:r>
              <w:rPr>
                <w:noProof/>
                <w:webHidden/>
              </w:rPr>
              <w:instrText xml:space="preserve"> PAGEREF _Toc224738477 \h </w:instrText>
            </w:r>
            <w:r>
              <w:rPr>
                <w:noProof/>
                <w:webHidden/>
              </w:rPr>
            </w:r>
            <w:r>
              <w:rPr>
                <w:noProof/>
                <w:webHidden/>
              </w:rPr>
              <w:fldChar w:fldCharType="separate"/>
            </w:r>
            <w:r>
              <w:rPr>
                <w:noProof/>
                <w:webHidden/>
              </w:rPr>
              <w:t>5</w:t>
            </w:r>
            <w:r>
              <w:rPr>
                <w:noProof/>
                <w:webHidden/>
              </w:rPr>
              <w:fldChar w:fldCharType="end"/>
            </w:r>
          </w:hyperlink>
        </w:p>
        <w:p w14:paraId="6D867971" w14:textId="2DC59200" w:rsidR="00BB57E2" w:rsidRDefault="00BB57E2">
          <w:pPr>
            <w:pStyle w:val="Verzeichnis1"/>
            <w:tabs>
              <w:tab w:val="right" w:leader="dot" w:pos="8630"/>
            </w:tabs>
            <w:rPr>
              <w:noProof/>
              <w:kern w:val="2"/>
              <w:sz w:val="24"/>
              <w:szCs w:val="24"/>
              <w:lang w:val="de-DE" w:eastAsia="de-DE"/>
              <w14:ligatures w14:val="standardContextual"/>
            </w:rPr>
          </w:pPr>
          <w:hyperlink w:anchor="_Toc224738478" w:history="1">
            <w:r w:rsidRPr="005A4F08">
              <w:rPr>
                <w:rStyle w:val="Hyperlink"/>
                <w:noProof/>
                <w:lang w:val="de-DE"/>
              </w:rPr>
              <w:t>7. Themen für die Schulung</w:t>
            </w:r>
            <w:r>
              <w:rPr>
                <w:noProof/>
                <w:webHidden/>
              </w:rPr>
              <w:tab/>
            </w:r>
            <w:r>
              <w:rPr>
                <w:noProof/>
                <w:webHidden/>
              </w:rPr>
              <w:fldChar w:fldCharType="begin"/>
            </w:r>
            <w:r>
              <w:rPr>
                <w:noProof/>
                <w:webHidden/>
              </w:rPr>
              <w:instrText xml:space="preserve"> PAGEREF _Toc224738478 \h </w:instrText>
            </w:r>
            <w:r>
              <w:rPr>
                <w:noProof/>
                <w:webHidden/>
              </w:rPr>
            </w:r>
            <w:r>
              <w:rPr>
                <w:noProof/>
                <w:webHidden/>
              </w:rPr>
              <w:fldChar w:fldCharType="separate"/>
            </w:r>
            <w:r>
              <w:rPr>
                <w:noProof/>
                <w:webHidden/>
              </w:rPr>
              <w:t>6</w:t>
            </w:r>
            <w:r>
              <w:rPr>
                <w:noProof/>
                <w:webHidden/>
              </w:rPr>
              <w:fldChar w:fldCharType="end"/>
            </w:r>
          </w:hyperlink>
        </w:p>
        <w:p w14:paraId="5AEDCD8C" w14:textId="1247FD29" w:rsidR="00BB57E2" w:rsidRDefault="00BB57E2">
          <w:pPr>
            <w:pStyle w:val="Verzeichnis1"/>
            <w:tabs>
              <w:tab w:val="right" w:leader="dot" w:pos="8630"/>
            </w:tabs>
            <w:rPr>
              <w:noProof/>
              <w:kern w:val="2"/>
              <w:sz w:val="24"/>
              <w:szCs w:val="24"/>
              <w:lang w:val="de-DE" w:eastAsia="de-DE"/>
              <w14:ligatures w14:val="standardContextual"/>
            </w:rPr>
          </w:pPr>
          <w:hyperlink w:anchor="_Toc224738479" w:history="1">
            <w:r w:rsidRPr="005A4F08">
              <w:rPr>
                <w:rStyle w:val="Hyperlink"/>
                <w:noProof/>
                <w:lang w:val="de-DE"/>
              </w:rPr>
              <w:t>8. Teilnehmende an der Schulung (max. 3 Personen)</w:t>
            </w:r>
            <w:r>
              <w:rPr>
                <w:noProof/>
                <w:webHidden/>
              </w:rPr>
              <w:tab/>
            </w:r>
            <w:r>
              <w:rPr>
                <w:noProof/>
                <w:webHidden/>
              </w:rPr>
              <w:fldChar w:fldCharType="begin"/>
            </w:r>
            <w:r>
              <w:rPr>
                <w:noProof/>
                <w:webHidden/>
              </w:rPr>
              <w:instrText xml:space="preserve"> PAGEREF _Toc224738479 \h </w:instrText>
            </w:r>
            <w:r>
              <w:rPr>
                <w:noProof/>
                <w:webHidden/>
              </w:rPr>
            </w:r>
            <w:r>
              <w:rPr>
                <w:noProof/>
                <w:webHidden/>
              </w:rPr>
              <w:fldChar w:fldCharType="separate"/>
            </w:r>
            <w:r>
              <w:rPr>
                <w:noProof/>
                <w:webHidden/>
              </w:rPr>
              <w:t>9</w:t>
            </w:r>
            <w:r>
              <w:rPr>
                <w:noProof/>
                <w:webHidden/>
              </w:rPr>
              <w:fldChar w:fldCharType="end"/>
            </w:r>
          </w:hyperlink>
        </w:p>
        <w:p w14:paraId="413A4F91" w14:textId="6FF36A78" w:rsidR="00BB57E2" w:rsidRDefault="00BB57E2">
          <w:r>
            <w:rPr>
              <w:b/>
              <w:bCs/>
            </w:rPr>
            <w:fldChar w:fldCharType="end"/>
          </w:r>
        </w:p>
      </w:sdtContent>
    </w:sdt>
    <w:p w14:paraId="62BA1052" w14:textId="77777777" w:rsidR="004D66AA" w:rsidRDefault="004D66AA" w:rsidP="00BB57E2">
      <w:pPr>
        <w:rPr>
          <w:i/>
          <w:iCs/>
          <w:lang w:val="de-DE"/>
        </w:rPr>
      </w:pPr>
    </w:p>
    <w:p w14:paraId="1C61FC2C" w14:textId="59C7D819" w:rsidR="00BB57E2" w:rsidRPr="004D66AA" w:rsidRDefault="004D66AA" w:rsidP="00BB57E2">
      <w:pPr>
        <w:rPr>
          <w:i/>
          <w:iCs/>
          <w:lang w:val="de-DE"/>
        </w:rPr>
      </w:pPr>
      <w:r w:rsidRPr="004D66AA">
        <w:rPr>
          <w:i/>
          <w:iCs/>
          <w:lang w:val="de-DE"/>
        </w:rPr>
        <w:t>Bitte füllen Sie diesen Bogen vor Ihrem Beratungstermin aus. Ihre Angaben helfen uns, die Beratung optimal vorzubereiten, die passenden Ansprechpartner einzubinden und die gemeinsame Zeit möglichst effektiv zu nutzen.</w:t>
      </w:r>
    </w:p>
    <w:p w14:paraId="617BA144" w14:textId="77777777" w:rsidR="00BB57E2" w:rsidRDefault="00BB57E2" w:rsidP="00BB57E2">
      <w:pPr>
        <w:rPr>
          <w:lang w:val="de-DE"/>
        </w:rPr>
      </w:pPr>
    </w:p>
    <w:p w14:paraId="66DF0DD3" w14:textId="77777777" w:rsidR="00BB57E2" w:rsidRDefault="00BB57E2" w:rsidP="00BB57E2">
      <w:pPr>
        <w:rPr>
          <w:lang w:val="de-DE"/>
        </w:rPr>
      </w:pPr>
    </w:p>
    <w:p w14:paraId="5448A8B1" w14:textId="77777777" w:rsidR="00BB57E2" w:rsidRDefault="00BB57E2" w:rsidP="00BB57E2">
      <w:pPr>
        <w:rPr>
          <w:lang w:val="de-DE"/>
        </w:rPr>
      </w:pPr>
    </w:p>
    <w:p w14:paraId="0EC521E8" w14:textId="77777777" w:rsidR="00BB57E2" w:rsidRDefault="00BB57E2" w:rsidP="00BB57E2">
      <w:pPr>
        <w:rPr>
          <w:lang w:val="de-DE"/>
        </w:rPr>
      </w:pPr>
    </w:p>
    <w:p w14:paraId="2CC5F318" w14:textId="77777777" w:rsidR="00BB57E2" w:rsidRDefault="00BB57E2" w:rsidP="00BB57E2">
      <w:pPr>
        <w:rPr>
          <w:lang w:val="de-DE"/>
        </w:rPr>
      </w:pPr>
    </w:p>
    <w:p w14:paraId="183C4F12" w14:textId="77777777" w:rsidR="00BB57E2" w:rsidRDefault="00BB57E2" w:rsidP="00BB57E2">
      <w:pPr>
        <w:rPr>
          <w:lang w:val="de-DE"/>
        </w:rPr>
      </w:pPr>
    </w:p>
    <w:p w14:paraId="62789593" w14:textId="77777777" w:rsidR="00BB57E2" w:rsidRDefault="00BB57E2" w:rsidP="00BB57E2">
      <w:pPr>
        <w:rPr>
          <w:lang w:val="de-DE"/>
        </w:rPr>
      </w:pPr>
    </w:p>
    <w:p w14:paraId="5DA5FEEB" w14:textId="77777777" w:rsidR="00BB57E2" w:rsidRDefault="00BB57E2" w:rsidP="00BB57E2">
      <w:pPr>
        <w:rPr>
          <w:lang w:val="de-DE"/>
        </w:rPr>
      </w:pPr>
    </w:p>
    <w:p w14:paraId="1139A9FE" w14:textId="77777777" w:rsidR="00BB57E2" w:rsidRDefault="00BB57E2" w:rsidP="00BB57E2">
      <w:pPr>
        <w:rPr>
          <w:lang w:val="de-DE"/>
        </w:rPr>
      </w:pPr>
    </w:p>
    <w:p w14:paraId="2FAEF56E" w14:textId="77777777" w:rsidR="004D66AA" w:rsidRPr="00BB57E2" w:rsidRDefault="004D66AA" w:rsidP="00BB57E2">
      <w:pPr>
        <w:rPr>
          <w:lang w:val="de-DE"/>
        </w:rPr>
      </w:pPr>
    </w:p>
    <w:p w14:paraId="4167A072" w14:textId="5B79A7D2" w:rsidR="009B3F2A" w:rsidRPr="005A2642" w:rsidRDefault="00061162">
      <w:pPr>
        <w:pStyle w:val="berschrift1"/>
        <w:rPr>
          <w:lang w:val="de-DE"/>
        </w:rPr>
      </w:pPr>
      <w:bookmarkStart w:id="0" w:name="_Toc224738472"/>
      <w:r w:rsidRPr="005A2642">
        <w:rPr>
          <w:lang w:val="de-DE"/>
        </w:rPr>
        <w:lastRenderedPageBreak/>
        <w:t xml:space="preserve">1. Angaben zur Institution und </w:t>
      </w:r>
      <w:proofErr w:type="spellStart"/>
      <w:r w:rsidRPr="005A2642">
        <w:rPr>
          <w:lang w:val="de-DE"/>
        </w:rPr>
        <w:t>Ansprechpartner:in</w:t>
      </w:r>
      <w:bookmarkEnd w:id="0"/>
      <w:proofErr w:type="spellEnd"/>
    </w:p>
    <w:p w14:paraId="02706EA8" w14:textId="1162C368" w:rsidR="009B3F2A" w:rsidRDefault="009B3F2A">
      <w:pPr>
        <w:rPr>
          <w:lang w:val="de-DE"/>
        </w:rPr>
      </w:pPr>
    </w:p>
    <w:tbl>
      <w:tblPr>
        <w:tblStyle w:val="Tabellenraster"/>
        <w:tblW w:w="0" w:type="auto"/>
        <w:tblInd w:w="38" w:type="dxa"/>
        <w:tblLook w:val="04A0" w:firstRow="1" w:lastRow="0" w:firstColumn="1" w:lastColumn="0" w:noHBand="0" w:noVBand="1"/>
      </w:tblPr>
      <w:tblGrid>
        <w:gridCol w:w="2608"/>
        <w:gridCol w:w="5994"/>
      </w:tblGrid>
      <w:tr w:rsidR="00F04097" w14:paraId="269F8F71" w14:textId="77777777" w:rsidTr="00E10A4A">
        <w:tc>
          <w:tcPr>
            <w:tcW w:w="2608" w:type="dxa"/>
            <w:tcBorders>
              <w:top w:val="nil"/>
              <w:left w:val="nil"/>
              <w:bottom w:val="nil"/>
              <w:right w:val="nil"/>
            </w:tcBorders>
          </w:tcPr>
          <w:p w14:paraId="6DFF1CE8" w14:textId="2BBBABE5" w:rsidR="00F04097" w:rsidRPr="00F04097" w:rsidRDefault="00F04097">
            <w:r>
              <w:t xml:space="preserve">Institution / </w:t>
            </w:r>
            <w:proofErr w:type="spellStart"/>
            <w:r>
              <w:t>Einrichtung</w:t>
            </w:r>
            <w:proofErr w:type="spellEnd"/>
            <w:r>
              <w:t>:</w:t>
            </w:r>
          </w:p>
        </w:tc>
        <w:tc>
          <w:tcPr>
            <w:tcW w:w="5994" w:type="dxa"/>
            <w:tcBorders>
              <w:top w:val="nil"/>
              <w:left w:val="nil"/>
              <w:bottom w:val="single" w:sz="6" w:space="0" w:color="auto"/>
              <w:right w:val="nil"/>
            </w:tcBorders>
          </w:tcPr>
          <w:p w14:paraId="6F04CFAA" w14:textId="2E63E6ED" w:rsidR="00F04097" w:rsidRDefault="00F04097">
            <w:pPr>
              <w:rPr>
                <w:lang w:val="de-DE"/>
              </w:rPr>
            </w:pPr>
          </w:p>
        </w:tc>
      </w:tr>
      <w:tr w:rsidR="00BB57E2" w14:paraId="32580B64" w14:textId="77777777" w:rsidTr="00E10A4A">
        <w:tc>
          <w:tcPr>
            <w:tcW w:w="2608" w:type="dxa"/>
            <w:tcBorders>
              <w:top w:val="nil"/>
              <w:left w:val="nil"/>
              <w:bottom w:val="nil"/>
              <w:right w:val="nil"/>
            </w:tcBorders>
          </w:tcPr>
          <w:p w14:paraId="7777B15E" w14:textId="77777777" w:rsidR="00BB57E2" w:rsidRPr="005A2642" w:rsidRDefault="00BB57E2">
            <w:pPr>
              <w:rPr>
                <w:lang w:val="de-DE"/>
              </w:rPr>
            </w:pPr>
          </w:p>
        </w:tc>
        <w:tc>
          <w:tcPr>
            <w:tcW w:w="5994" w:type="dxa"/>
            <w:tcBorders>
              <w:top w:val="single" w:sz="6" w:space="0" w:color="auto"/>
              <w:left w:val="nil"/>
              <w:bottom w:val="nil"/>
              <w:right w:val="nil"/>
            </w:tcBorders>
          </w:tcPr>
          <w:p w14:paraId="45DC5FE7" w14:textId="77777777" w:rsidR="00BB57E2" w:rsidRDefault="00BB57E2">
            <w:pPr>
              <w:rPr>
                <w:lang w:val="de-DE"/>
              </w:rPr>
            </w:pPr>
          </w:p>
        </w:tc>
      </w:tr>
      <w:tr w:rsidR="00B13875" w14:paraId="2185D3A5" w14:textId="77777777" w:rsidTr="00E10A4A">
        <w:tc>
          <w:tcPr>
            <w:tcW w:w="2608" w:type="dxa"/>
            <w:tcBorders>
              <w:top w:val="nil"/>
              <w:left w:val="nil"/>
              <w:bottom w:val="nil"/>
              <w:right w:val="nil"/>
            </w:tcBorders>
          </w:tcPr>
          <w:p w14:paraId="1E989715" w14:textId="41B3DC70" w:rsidR="00B13875" w:rsidRDefault="00B13875">
            <w:pPr>
              <w:rPr>
                <w:lang w:val="de-DE"/>
              </w:rPr>
            </w:pPr>
            <w:proofErr w:type="spellStart"/>
            <w:r w:rsidRPr="005A2642">
              <w:rPr>
                <w:lang w:val="de-DE"/>
              </w:rPr>
              <w:t>Ansprechpartner:in</w:t>
            </w:r>
            <w:proofErr w:type="spellEnd"/>
            <w:r w:rsidRPr="005A2642">
              <w:rPr>
                <w:lang w:val="de-DE"/>
              </w:rPr>
              <w:t>:</w:t>
            </w:r>
            <w:r>
              <w:rPr>
                <w:lang w:val="de-DE"/>
              </w:rPr>
              <w:t xml:space="preserve"> </w:t>
            </w:r>
          </w:p>
        </w:tc>
        <w:tc>
          <w:tcPr>
            <w:tcW w:w="5994" w:type="dxa"/>
            <w:tcBorders>
              <w:top w:val="nil"/>
              <w:left w:val="nil"/>
              <w:bottom w:val="single" w:sz="6" w:space="0" w:color="auto"/>
              <w:right w:val="nil"/>
            </w:tcBorders>
          </w:tcPr>
          <w:p w14:paraId="5EE8BC1F" w14:textId="158C701B" w:rsidR="00B13875" w:rsidRDefault="00B13875">
            <w:pPr>
              <w:rPr>
                <w:lang w:val="de-DE"/>
              </w:rPr>
            </w:pPr>
          </w:p>
        </w:tc>
      </w:tr>
    </w:tbl>
    <w:p w14:paraId="34179F00" w14:textId="77777777" w:rsidR="00B13875" w:rsidRPr="005A2642" w:rsidRDefault="00B13875">
      <w:pPr>
        <w:rPr>
          <w:lang w:val="de-DE"/>
        </w:rPr>
      </w:pPr>
    </w:p>
    <w:p w14:paraId="3113C2D0" w14:textId="3680894D" w:rsidR="009B3F2A" w:rsidRPr="005A2642" w:rsidRDefault="00EB046C">
      <w:pPr>
        <w:pStyle w:val="berschrift1"/>
        <w:rPr>
          <w:lang w:val="de-DE"/>
        </w:rPr>
      </w:pPr>
      <w:bookmarkStart w:id="1" w:name="_Toc224738473"/>
      <w:r w:rsidRPr="00EB046C">
        <w:rPr>
          <w:noProof/>
          <w:lang w:val="de-DE"/>
        </w:rPr>
        <mc:AlternateContent>
          <mc:Choice Requires="wps">
            <w:drawing>
              <wp:anchor distT="45720" distB="45720" distL="114300" distR="114300" simplePos="0" relativeHeight="251639296" behindDoc="0" locked="0" layoutInCell="1" allowOverlap="1" wp14:anchorId="7B5C66E2" wp14:editId="3F6E4E14">
                <wp:simplePos x="0" y="0"/>
                <wp:positionH relativeFrom="column">
                  <wp:posOffset>-1905</wp:posOffset>
                </wp:positionH>
                <wp:positionV relativeFrom="paragraph">
                  <wp:posOffset>555625</wp:posOffset>
                </wp:positionV>
                <wp:extent cx="5464175" cy="2837815"/>
                <wp:effectExtent l="0" t="0" r="22225" b="1968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175" cy="2837815"/>
                        </a:xfrm>
                        <a:prstGeom prst="rect">
                          <a:avLst/>
                        </a:prstGeom>
                        <a:solidFill>
                          <a:srgbClr val="FFFFFF"/>
                        </a:solidFill>
                        <a:ln w="9525">
                          <a:solidFill>
                            <a:srgbClr val="000000"/>
                          </a:solidFill>
                          <a:miter lim="800000"/>
                          <a:headEnd/>
                          <a:tailEnd/>
                        </a:ln>
                      </wps:spPr>
                      <wps:txbx>
                        <w:txbxContent>
                          <w:p w14:paraId="63EBD77D" w14:textId="63DB9787" w:rsidR="00EB046C" w:rsidRPr="00EB046C" w:rsidRDefault="00EB046C">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5C66E2" id="_x0000_t202" coordsize="21600,21600" o:spt="202" path="m,l,21600r21600,l21600,xe">
                <v:stroke joinstyle="miter"/>
                <v:path gradientshapeok="t" o:connecttype="rect"/>
              </v:shapetype>
              <v:shape id="Textfeld 2" o:spid="_x0000_s1026" type="#_x0000_t202" style="position:absolute;margin-left:-.15pt;margin-top:43.75pt;width:430.25pt;height:223.45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">
                <v:textbox>
                  <w:txbxContent>
                    <w:p w14:paraId="63EBD77D" w14:textId="63DB9787" w:rsidR="00EB046C" w:rsidRPr="00EB046C" w:rsidRDefault="00EB046C">
                      <w:pPr>
                        <w:rPr>
                          <w:lang w:val="de-DE"/>
                        </w:rPr>
                      </w:pPr>
                    </w:p>
                  </w:txbxContent>
                </v:textbox>
                <w10:wrap type="square"/>
              </v:shape>
            </w:pict>
          </mc:Fallback>
        </mc:AlternateContent>
      </w:r>
      <w:r w:rsidR="00061162" w:rsidRPr="005A2642">
        <w:rPr>
          <w:lang w:val="de-DE"/>
        </w:rPr>
        <w:t>2. Projektkurztitel</w:t>
      </w:r>
      <w:bookmarkEnd w:id="1"/>
    </w:p>
    <w:p w14:paraId="5E256FBD" w14:textId="1CFD24FC" w:rsidR="009B3F2A" w:rsidRDefault="009B3F2A">
      <w:pPr>
        <w:rPr>
          <w:lang w:val="de-DE"/>
        </w:rPr>
      </w:pPr>
    </w:p>
    <w:p w14:paraId="4F34CC36" w14:textId="77777777" w:rsidR="00EB046C" w:rsidRPr="005A2642" w:rsidRDefault="00EB046C">
      <w:pPr>
        <w:rPr>
          <w:lang w:val="de-DE"/>
        </w:rPr>
      </w:pPr>
    </w:p>
    <w:p w14:paraId="4D585A80" w14:textId="23624059" w:rsidR="00EB046C" w:rsidRDefault="00061162" w:rsidP="00EB046C">
      <w:pPr>
        <w:pStyle w:val="berschrift1"/>
        <w:rPr>
          <w:lang w:val="de-DE"/>
        </w:rPr>
      </w:pPr>
      <w:bookmarkStart w:id="2" w:name="_Toc224738474"/>
      <w:r w:rsidRPr="005A2642">
        <w:rPr>
          <w:lang w:val="de-DE"/>
        </w:rPr>
        <w:lastRenderedPageBreak/>
        <w:t>3. Beschreibung des Forschungsvorhabens</w:t>
      </w:r>
      <w:bookmarkEnd w:id="2"/>
      <w:r w:rsidRPr="005A2642">
        <w:rPr>
          <w:lang w:val="de-DE"/>
        </w:rPr>
        <w:t xml:space="preserve"> </w:t>
      </w:r>
    </w:p>
    <w:p w14:paraId="39AE7CA1" w14:textId="0E3AD07D" w:rsidR="00BB57E2" w:rsidRPr="00403809" w:rsidRDefault="00403809" w:rsidP="00BB57E2">
      <w:pPr>
        <w:rPr>
          <w:lang w:val="de-DE"/>
        </w:rPr>
      </w:pPr>
      <w:r w:rsidRPr="00EB046C">
        <w:rPr>
          <w:noProof/>
          <w:lang w:val="de-DE"/>
        </w:rPr>
        <mc:AlternateContent>
          <mc:Choice Requires="wps">
            <w:drawing>
              <wp:anchor distT="45720" distB="45720" distL="114300" distR="114300" simplePos="0" relativeHeight="251645440" behindDoc="0" locked="0" layoutInCell="1" allowOverlap="1" wp14:anchorId="5A8ED3B3" wp14:editId="77C11CA8">
                <wp:simplePos x="0" y="0"/>
                <wp:positionH relativeFrom="column">
                  <wp:posOffset>-19050</wp:posOffset>
                </wp:positionH>
                <wp:positionV relativeFrom="paragraph">
                  <wp:posOffset>1017270</wp:posOffset>
                </wp:positionV>
                <wp:extent cx="5464175" cy="6305550"/>
                <wp:effectExtent l="0" t="0" r="22225" b="19050"/>
                <wp:wrapSquare wrapText="bothSides"/>
                <wp:docPr id="16868950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175" cy="6305550"/>
                        </a:xfrm>
                        <a:prstGeom prst="rect">
                          <a:avLst/>
                        </a:prstGeom>
                        <a:solidFill>
                          <a:srgbClr val="FFFFFF"/>
                        </a:solidFill>
                        <a:ln w="9525">
                          <a:solidFill>
                            <a:srgbClr val="000000"/>
                          </a:solidFill>
                          <a:miter lim="800000"/>
                          <a:headEnd/>
                          <a:tailEnd/>
                        </a:ln>
                      </wps:spPr>
                      <wps:txbx>
                        <w:txbxContent>
                          <w:p w14:paraId="00A14D70" w14:textId="77777777" w:rsidR="00EB046C" w:rsidRPr="00EB046C" w:rsidRDefault="00EB046C" w:rsidP="00EB046C">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ED3B3" id="_x0000_s1027" type="#_x0000_t202" style="position:absolute;margin-left:-1.5pt;margin-top:80.1pt;width:430.25pt;height:496.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">
                <v:textbox>
                  <w:txbxContent>
                    <w:p w14:paraId="00A14D70" w14:textId="77777777" w:rsidR="00EB046C" w:rsidRPr="00EB046C" w:rsidRDefault="00EB046C" w:rsidP="00EB046C">
                      <w:pPr>
                        <w:rPr>
                          <w:lang w:val="de-DE"/>
                        </w:rPr>
                      </w:pPr>
                    </w:p>
                  </w:txbxContent>
                </v:textbox>
                <w10:wrap type="square"/>
              </v:shape>
            </w:pict>
          </mc:Fallback>
        </mc:AlternateContent>
      </w:r>
      <w:r w:rsidR="00BB57E2" w:rsidRPr="00BB57E2">
        <w:rPr>
          <w:lang w:val="de-DE"/>
        </w:rPr>
        <w:t>max. 1 Seite – bitte ggf. als Anhang beifüge</w:t>
      </w:r>
      <w:r w:rsidR="00BB57E2">
        <w:rPr>
          <w:lang w:val="de-DE"/>
        </w:rPr>
        <w:t>n</w:t>
      </w:r>
      <w:r w:rsidR="00E10A4A">
        <w:rPr>
          <w:lang w:val="de-DE"/>
        </w:rPr>
        <w:br/>
      </w:r>
      <w:r w:rsidRPr="00403809">
        <w:rPr>
          <w:lang w:val="de-DE"/>
        </w:rPr>
        <w:t xml:space="preserve">Eine </w:t>
      </w:r>
      <w:r w:rsidR="00147752">
        <w:rPr>
          <w:lang w:val="de-DE"/>
        </w:rPr>
        <w:t xml:space="preserve">sehr </w:t>
      </w:r>
      <w:r w:rsidRPr="00403809">
        <w:rPr>
          <w:lang w:val="de-DE"/>
        </w:rPr>
        <w:t>ausführliche Beschreibung ist hier nicht erforderlich. Bitte geben Sie jedoch alle Informationen an, die für die Vorbereitung des Beratungsgesprächs relevant sind. So können wir Ihre Fragestellungen im Termin gezielt und möglichst umfassend beantworten.</w:t>
      </w:r>
    </w:p>
    <w:p w14:paraId="242B8F6E" w14:textId="383B0284" w:rsidR="00EB046C" w:rsidRPr="005A2642" w:rsidRDefault="00061162" w:rsidP="00EB046C">
      <w:pPr>
        <w:pStyle w:val="berschrift1"/>
        <w:rPr>
          <w:lang w:val="de-DE"/>
        </w:rPr>
      </w:pPr>
      <w:bookmarkStart w:id="3" w:name="_Toc224738475"/>
      <w:r w:rsidRPr="005A2642">
        <w:rPr>
          <w:lang w:val="de-DE"/>
        </w:rPr>
        <w:lastRenderedPageBreak/>
        <w:t>4. Fragestellung und geplante Methodik</w:t>
      </w:r>
      <w:bookmarkEnd w:id="3"/>
    </w:p>
    <w:p w14:paraId="61B3437A" w14:textId="44ED4B31" w:rsidR="00E10A4A" w:rsidRPr="00E10A4A" w:rsidRDefault="00E10A4A">
      <w:pPr>
        <w:rPr>
          <w:lang w:val="de-DE"/>
        </w:rPr>
      </w:pPr>
      <w:r w:rsidRPr="00EC240E">
        <w:rPr>
          <w:lang w:val="de-DE"/>
        </w:rPr>
        <w:t>Wir verstehen, dass Sie diese Angaben zum jetzigen Zeitpunkt gegebenenfalls noch nicht vollständig oder abschließend machen können. Bitte füllen Sie den Abschnitt zum Stand Ihrer Antragsentwicklung dennoch so gut wie möglich aus. Diese Informationen helfen uns, uns optimal auf das Beratungsgespräch vorzubereiten und Sie bestmöglich zu beraten.</w:t>
      </w:r>
    </w:p>
    <w:p w14:paraId="7CB7F376" w14:textId="63A590DC" w:rsidR="00EB046C" w:rsidRDefault="00EB046C">
      <w:pPr>
        <w:rPr>
          <w:lang w:val="de-DE"/>
        </w:rPr>
      </w:pPr>
      <w:r w:rsidRPr="00EB046C">
        <w:rPr>
          <w:noProof/>
          <w:lang w:val="de-DE"/>
        </w:rPr>
        <mc:AlternateContent>
          <mc:Choice Requires="wps">
            <w:drawing>
              <wp:anchor distT="0" distB="0" distL="114300" distR="114300" simplePos="0" relativeHeight="251651584" behindDoc="1" locked="0" layoutInCell="1" allowOverlap="1" wp14:anchorId="358E9557" wp14:editId="39012727">
                <wp:simplePos x="0" y="0"/>
                <wp:positionH relativeFrom="column">
                  <wp:posOffset>12700</wp:posOffset>
                </wp:positionH>
                <wp:positionV relativeFrom="paragraph">
                  <wp:posOffset>225425</wp:posOffset>
                </wp:positionV>
                <wp:extent cx="5456555" cy="1652905"/>
                <wp:effectExtent l="0" t="0" r="10795" b="23495"/>
                <wp:wrapTight wrapText="bothSides">
                  <wp:wrapPolygon edited="0">
                    <wp:start x="0" y="0"/>
                    <wp:lineTo x="0" y="21658"/>
                    <wp:lineTo x="21567" y="21658"/>
                    <wp:lineTo x="21567" y="0"/>
                    <wp:lineTo x="0" y="0"/>
                  </wp:wrapPolygon>
                </wp:wrapTight>
                <wp:docPr id="18133691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6555" cy="1652905"/>
                        </a:xfrm>
                        <a:prstGeom prst="rect">
                          <a:avLst/>
                        </a:prstGeom>
                        <a:solidFill>
                          <a:srgbClr val="FFFFFF"/>
                        </a:solidFill>
                        <a:ln w="9525">
                          <a:solidFill>
                            <a:srgbClr val="000000"/>
                          </a:solidFill>
                          <a:miter lim="800000"/>
                          <a:headEnd/>
                          <a:tailEnd/>
                        </a:ln>
                      </wps:spPr>
                      <wps:txbx>
                        <w:txbxContent>
                          <w:p w14:paraId="20105D21" w14:textId="2C2BD777" w:rsidR="00EB046C" w:rsidRPr="00EB046C" w:rsidRDefault="00EB046C">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E9557" id="_x0000_s1028" type="#_x0000_t202" style="position:absolute;margin-left:1pt;margin-top:17.75pt;width:429.65pt;height:130.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">
                <v:textbox>
                  <w:txbxContent>
                    <w:p w14:paraId="20105D21" w14:textId="2C2BD777" w:rsidR="00EB046C" w:rsidRPr="00EB046C" w:rsidRDefault="00EB046C">
                      <w:pPr>
                        <w:rPr>
                          <w:lang w:val="de-DE"/>
                        </w:rPr>
                      </w:pPr>
                    </w:p>
                  </w:txbxContent>
                </v:textbox>
                <w10:wrap type="tight"/>
              </v:shape>
            </w:pict>
          </mc:Fallback>
        </mc:AlternateContent>
      </w:r>
      <w:r w:rsidRPr="005A2642">
        <w:rPr>
          <w:lang w:val="de-DE"/>
        </w:rPr>
        <w:t>Forschungsfrage(n):</w:t>
      </w:r>
      <w:r>
        <w:rPr>
          <w:lang w:val="de-DE"/>
        </w:rPr>
        <w:br/>
      </w:r>
    </w:p>
    <w:p w14:paraId="02FD1118" w14:textId="2ECC5AE2" w:rsidR="00F04097" w:rsidRPr="00F04097" w:rsidRDefault="00EB046C" w:rsidP="00F04097">
      <w:pPr>
        <w:rPr>
          <w:lang w:val="de-DE"/>
        </w:rPr>
      </w:pPr>
      <w:r w:rsidRPr="00EB046C">
        <w:rPr>
          <w:noProof/>
          <w:lang w:val="de-DE"/>
        </w:rPr>
        <mc:AlternateContent>
          <mc:Choice Requires="wps">
            <w:drawing>
              <wp:anchor distT="0" distB="0" distL="114300" distR="114300" simplePos="0" relativeHeight="251657728" behindDoc="1" locked="0" layoutInCell="1" allowOverlap="1" wp14:anchorId="28850A61" wp14:editId="29191618">
                <wp:simplePos x="0" y="0"/>
                <wp:positionH relativeFrom="margin">
                  <wp:align>left</wp:align>
                </wp:positionH>
                <wp:positionV relativeFrom="paragraph">
                  <wp:posOffset>312420</wp:posOffset>
                </wp:positionV>
                <wp:extent cx="5456555" cy="4457700"/>
                <wp:effectExtent l="0" t="0" r="10795" b="19050"/>
                <wp:wrapTight wrapText="bothSides">
                  <wp:wrapPolygon edited="0">
                    <wp:start x="0" y="0"/>
                    <wp:lineTo x="0" y="21600"/>
                    <wp:lineTo x="21567" y="21600"/>
                    <wp:lineTo x="21567" y="0"/>
                    <wp:lineTo x="0" y="0"/>
                  </wp:wrapPolygon>
                </wp:wrapTight>
                <wp:docPr id="76688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6555" cy="4457700"/>
                        </a:xfrm>
                        <a:prstGeom prst="rect">
                          <a:avLst/>
                        </a:prstGeom>
                        <a:solidFill>
                          <a:srgbClr val="FFFFFF"/>
                        </a:solidFill>
                        <a:ln w="9525">
                          <a:solidFill>
                            <a:srgbClr val="000000"/>
                          </a:solidFill>
                          <a:miter lim="800000"/>
                          <a:headEnd/>
                          <a:tailEnd/>
                        </a:ln>
                      </wps:spPr>
                      <wps:txbx>
                        <w:txbxContent>
                          <w:p w14:paraId="405EFC9E" w14:textId="77777777" w:rsidR="00EB046C" w:rsidRPr="00EB046C" w:rsidRDefault="00EB046C" w:rsidP="00EB046C">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50A61" id="_x0000_s1029" type="#_x0000_t202" style="position:absolute;margin-left:0;margin-top:24.6pt;width:429.65pt;height:351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">
                <v:textbox>
                  <w:txbxContent>
                    <w:p w14:paraId="405EFC9E" w14:textId="77777777" w:rsidR="00EB046C" w:rsidRPr="00EB046C" w:rsidRDefault="00EB046C" w:rsidP="00EB046C">
                      <w:pPr>
                        <w:rPr>
                          <w:lang w:val="de-DE"/>
                        </w:rPr>
                      </w:pPr>
                    </w:p>
                  </w:txbxContent>
                </v:textbox>
                <w10:wrap type="tight" anchorx="margin"/>
              </v:shape>
            </w:pict>
          </mc:Fallback>
        </mc:AlternateContent>
      </w:r>
      <w:r w:rsidRPr="005A2642">
        <w:rPr>
          <w:lang w:val="de-DE"/>
        </w:rPr>
        <w:t>Geplante Analysemethoden:</w:t>
      </w:r>
    </w:p>
    <w:p w14:paraId="135A4CE0" w14:textId="723657FD" w:rsidR="009B3F2A" w:rsidRPr="005A2642" w:rsidRDefault="00061162">
      <w:pPr>
        <w:pStyle w:val="berschrift1"/>
        <w:rPr>
          <w:lang w:val="de-DE"/>
        </w:rPr>
      </w:pPr>
      <w:bookmarkStart w:id="4" w:name="_Toc224738476"/>
      <w:r w:rsidRPr="005A2642">
        <w:rPr>
          <w:lang w:val="de-DE"/>
        </w:rPr>
        <w:lastRenderedPageBreak/>
        <w:t>5. Erwünschte Datensätze / Variablen</w:t>
      </w:r>
      <w:bookmarkEnd w:id="4"/>
    </w:p>
    <w:p w14:paraId="0AE66851" w14:textId="214AC4E4" w:rsidR="00E10A4A" w:rsidRDefault="00E10A4A">
      <w:pPr>
        <w:rPr>
          <w:lang w:val="de-DE"/>
        </w:rPr>
      </w:pPr>
      <w:r w:rsidRPr="00187D7E">
        <w:rPr>
          <w:lang w:val="de-DE"/>
        </w:rPr>
        <w:t>Wir verstehen, dass Sie diese Angaben zum jetzigen Zeitpunkt gegebenenfalls noch nicht vollständig oder abschließend machen können. Bitte füllen Sie den Abschnitt zum Stand Ihrer Antragsentwicklung dennoch so gut wie möglich aus. Diese Informationen helfen uns, uns optimal auf das Beratungsgespräch vorzubereiten und Sie bestmöglich zu beraten.</w:t>
      </w:r>
    </w:p>
    <w:p w14:paraId="684CA5EB" w14:textId="718809A1" w:rsidR="009B3F2A" w:rsidRPr="005A2642" w:rsidRDefault="00061162">
      <w:pPr>
        <w:rPr>
          <w:lang w:val="de-DE"/>
        </w:rPr>
      </w:pPr>
      <w:r w:rsidRPr="005A2642">
        <w:rPr>
          <w:lang w:val="de-DE"/>
        </w:rPr>
        <w:t>Gewünschte Datenquellen:</w:t>
      </w:r>
      <w:r w:rsidR="00EB046C" w:rsidRPr="00EB046C">
        <w:rPr>
          <w:noProof/>
          <w:lang w:val="de-DE"/>
        </w:rPr>
        <mc:AlternateContent>
          <mc:Choice Requires="wps">
            <w:drawing>
              <wp:anchor distT="0" distB="0" distL="114300" distR="114300" simplePos="0" relativeHeight="251660800" behindDoc="1" locked="0" layoutInCell="1" allowOverlap="1" wp14:anchorId="3BCC0B0F" wp14:editId="1DD118E4">
                <wp:simplePos x="0" y="0"/>
                <wp:positionH relativeFrom="column">
                  <wp:posOffset>0</wp:posOffset>
                </wp:positionH>
                <wp:positionV relativeFrom="paragraph">
                  <wp:posOffset>313690</wp:posOffset>
                </wp:positionV>
                <wp:extent cx="5456555" cy="1858010"/>
                <wp:effectExtent l="0" t="0" r="10795" b="27940"/>
                <wp:wrapTight wrapText="bothSides">
                  <wp:wrapPolygon edited="0">
                    <wp:start x="0" y="0"/>
                    <wp:lineTo x="0" y="21703"/>
                    <wp:lineTo x="21567" y="21703"/>
                    <wp:lineTo x="21567" y="0"/>
                    <wp:lineTo x="0" y="0"/>
                  </wp:wrapPolygon>
                </wp:wrapTight>
                <wp:docPr id="17440393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6555" cy="1858010"/>
                        </a:xfrm>
                        <a:prstGeom prst="rect">
                          <a:avLst/>
                        </a:prstGeom>
                        <a:solidFill>
                          <a:srgbClr val="FFFFFF"/>
                        </a:solidFill>
                        <a:ln w="9525">
                          <a:solidFill>
                            <a:srgbClr val="000000"/>
                          </a:solidFill>
                          <a:miter lim="800000"/>
                          <a:headEnd/>
                          <a:tailEnd/>
                        </a:ln>
                      </wps:spPr>
                      <wps:txbx>
                        <w:txbxContent>
                          <w:p w14:paraId="76DDF118" w14:textId="77777777" w:rsidR="00EB046C" w:rsidRPr="00EB046C" w:rsidRDefault="00EB046C" w:rsidP="00EB046C">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C0B0F" id="_x0000_s1030" type="#_x0000_t202" style="position:absolute;margin-left:0;margin-top:24.7pt;width:429.65pt;height:146.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">
                <v:textbox>
                  <w:txbxContent>
                    <w:p w14:paraId="76DDF118" w14:textId="77777777" w:rsidR="00EB046C" w:rsidRPr="00EB046C" w:rsidRDefault="00EB046C" w:rsidP="00EB046C">
                      <w:pPr>
                        <w:rPr>
                          <w:lang w:val="de-DE"/>
                        </w:rPr>
                      </w:pPr>
                    </w:p>
                  </w:txbxContent>
                </v:textbox>
                <w10:wrap type="tight"/>
              </v:shape>
            </w:pict>
          </mc:Fallback>
        </mc:AlternateContent>
      </w:r>
    </w:p>
    <w:p w14:paraId="5F8615B1" w14:textId="14BE63A0" w:rsidR="009B3F2A" w:rsidRPr="005A2642" w:rsidRDefault="00E10A4A">
      <w:pPr>
        <w:rPr>
          <w:lang w:val="de-DE"/>
        </w:rPr>
      </w:pPr>
      <w:r w:rsidRPr="00EB046C">
        <w:rPr>
          <w:noProof/>
          <w:lang w:val="de-DE"/>
        </w:rPr>
        <mc:AlternateContent>
          <mc:Choice Requires="wps">
            <w:drawing>
              <wp:anchor distT="0" distB="0" distL="114300" distR="114300" simplePos="0" relativeHeight="251665920" behindDoc="1" locked="0" layoutInCell="1" allowOverlap="1" wp14:anchorId="22D8CE5E" wp14:editId="6700BFB9">
                <wp:simplePos x="0" y="0"/>
                <wp:positionH relativeFrom="margin">
                  <wp:align>right</wp:align>
                </wp:positionH>
                <wp:positionV relativeFrom="paragraph">
                  <wp:posOffset>2266950</wp:posOffset>
                </wp:positionV>
                <wp:extent cx="5456555" cy="1858010"/>
                <wp:effectExtent l="0" t="0" r="10795" b="27940"/>
                <wp:wrapTight wrapText="bothSides">
                  <wp:wrapPolygon edited="0">
                    <wp:start x="0" y="0"/>
                    <wp:lineTo x="0" y="21703"/>
                    <wp:lineTo x="21567" y="21703"/>
                    <wp:lineTo x="21567" y="0"/>
                    <wp:lineTo x="0" y="0"/>
                  </wp:wrapPolygon>
                </wp:wrapTight>
                <wp:docPr id="15573847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6555" cy="1858010"/>
                        </a:xfrm>
                        <a:prstGeom prst="rect">
                          <a:avLst/>
                        </a:prstGeom>
                        <a:solidFill>
                          <a:srgbClr val="FFFFFF"/>
                        </a:solidFill>
                        <a:ln w="9525">
                          <a:solidFill>
                            <a:srgbClr val="000000"/>
                          </a:solidFill>
                          <a:miter lim="800000"/>
                          <a:headEnd/>
                          <a:tailEnd/>
                        </a:ln>
                      </wps:spPr>
                      <wps:txbx>
                        <w:txbxContent>
                          <w:p w14:paraId="41CB73B8" w14:textId="77777777" w:rsidR="00F04097" w:rsidRPr="00EB046C" w:rsidRDefault="00F04097" w:rsidP="00F04097">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8CE5E" id="_x0000_s1031" type="#_x0000_t202" style="position:absolute;margin-left:378.45pt;margin-top:178.5pt;width:429.65pt;height:146.3pt;z-index:-251650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">
                <v:textbox>
                  <w:txbxContent>
                    <w:p w14:paraId="41CB73B8" w14:textId="77777777" w:rsidR="00F04097" w:rsidRPr="00EB046C" w:rsidRDefault="00F04097" w:rsidP="00F04097">
                      <w:pPr>
                        <w:rPr>
                          <w:lang w:val="de-DE"/>
                        </w:rPr>
                      </w:pPr>
                    </w:p>
                  </w:txbxContent>
                </v:textbox>
                <w10:wrap type="tight" anchorx="margin"/>
              </v:shape>
            </w:pict>
          </mc:Fallback>
        </mc:AlternateContent>
      </w:r>
      <w:r w:rsidR="00061162" w:rsidRPr="005A2642">
        <w:rPr>
          <w:lang w:val="de-DE"/>
        </w:rPr>
        <w:t>Relevante Variablen (falls bekannt):</w:t>
      </w:r>
      <w:r w:rsidR="00F04097">
        <w:rPr>
          <w:lang w:val="de-DE"/>
        </w:rPr>
        <w:br/>
      </w:r>
    </w:p>
    <w:p w14:paraId="35FB01AA" w14:textId="77777777" w:rsidR="009B3F2A" w:rsidRPr="005A2642" w:rsidRDefault="00061162">
      <w:pPr>
        <w:pStyle w:val="berschrift1"/>
        <w:rPr>
          <w:lang w:val="de-DE"/>
        </w:rPr>
      </w:pPr>
      <w:bookmarkStart w:id="5" w:name="_Toc224738477"/>
      <w:r w:rsidRPr="005A2642">
        <w:rPr>
          <w:lang w:val="de-DE"/>
        </w:rPr>
        <w:t>6. Zeitliche Planung des Projekts</w:t>
      </w:r>
      <w:bookmarkEnd w:id="5"/>
    </w:p>
    <w:tbl>
      <w:tblPr>
        <w:tblStyle w:val="Tabellenraster"/>
        <w:tblW w:w="0" w:type="auto"/>
        <w:tblInd w:w="38" w:type="dxa"/>
        <w:tblLook w:val="04A0" w:firstRow="1" w:lastRow="0" w:firstColumn="1" w:lastColumn="0" w:noHBand="0" w:noVBand="1"/>
      </w:tblPr>
      <w:tblGrid>
        <w:gridCol w:w="3846"/>
        <w:gridCol w:w="4756"/>
      </w:tblGrid>
      <w:tr w:rsidR="00F04097" w14:paraId="7D1B55A7" w14:textId="77777777" w:rsidTr="00F04097">
        <w:tc>
          <w:tcPr>
            <w:tcW w:w="3898" w:type="dxa"/>
            <w:tcBorders>
              <w:top w:val="nil"/>
              <w:left w:val="nil"/>
              <w:bottom w:val="nil"/>
              <w:right w:val="nil"/>
            </w:tcBorders>
          </w:tcPr>
          <w:p w14:paraId="1D5C9B74" w14:textId="55167046" w:rsidR="00F04097" w:rsidRDefault="00F04097">
            <w:pPr>
              <w:rPr>
                <w:lang w:val="de-DE"/>
              </w:rPr>
            </w:pPr>
            <w:r w:rsidRPr="005A2642">
              <w:rPr>
                <w:lang w:val="de-DE"/>
              </w:rPr>
              <w:t>Geplanter Projektstart:</w:t>
            </w:r>
          </w:p>
        </w:tc>
        <w:tc>
          <w:tcPr>
            <w:tcW w:w="4882" w:type="dxa"/>
            <w:tcBorders>
              <w:top w:val="nil"/>
              <w:left w:val="nil"/>
              <w:bottom w:val="single" w:sz="6" w:space="0" w:color="auto"/>
              <w:right w:val="nil"/>
            </w:tcBorders>
          </w:tcPr>
          <w:p w14:paraId="04C4631F" w14:textId="77777777" w:rsidR="00F04097" w:rsidRDefault="00F04097">
            <w:pPr>
              <w:rPr>
                <w:lang w:val="de-DE"/>
              </w:rPr>
            </w:pPr>
          </w:p>
        </w:tc>
      </w:tr>
      <w:tr w:rsidR="00F04097" w14:paraId="3758122E" w14:textId="77777777" w:rsidTr="00F04097">
        <w:tc>
          <w:tcPr>
            <w:tcW w:w="3898" w:type="dxa"/>
            <w:tcBorders>
              <w:top w:val="nil"/>
              <w:left w:val="nil"/>
              <w:bottom w:val="nil"/>
              <w:right w:val="nil"/>
            </w:tcBorders>
          </w:tcPr>
          <w:p w14:paraId="1CB1ED1E" w14:textId="3EECCF0B" w:rsidR="00F04097" w:rsidRDefault="00F04097">
            <w:pPr>
              <w:rPr>
                <w:lang w:val="de-DE"/>
              </w:rPr>
            </w:pPr>
            <w:r w:rsidRPr="005A2642">
              <w:rPr>
                <w:lang w:val="de-DE"/>
              </w:rPr>
              <w:t>Geplante Datenanforderung beim FDZ:</w:t>
            </w:r>
          </w:p>
        </w:tc>
        <w:tc>
          <w:tcPr>
            <w:tcW w:w="4882" w:type="dxa"/>
            <w:tcBorders>
              <w:top w:val="single" w:sz="6" w:space="0" w:color="auto"/>
              <w:left w:val="nil"/>
              <w:bottom w:val="single" w:sz="6" w:space="0" w:color="auto"/>
              <w:right w:val="nil"/>
            </w:tcBorders>
          </w:tcPr>
          <w:p w14:paraId="70E25EB4" w14:textId="77777777" w:rsidR="00F04097" w:rsidRDefault="00F04097">
            <w:pPr>
              <w:rPr>
                <w:lang w:val="de-DE"/>
              </w:rPr>
            </w:pPr>
          </w:p>
        </w:tc>
      </w:tr>
      <w:tr w:rsidR="00F04097" w14:paraId="1F808547" w14:textId="77777777" w:rsidTr="00F04097">
        <w:tc>
          <w:tcPr>
            <w:tcW w:w="3898" w:type="dxa"/>
            <w:tcBorders>
              <w:top w:val="nil"/>
              <w:left w:val="nil"/>
              <w:bottom w:val="nil"/>
              <w:right w:val="nil"/>
            </w:tcBorders>
          </w:tcPr>
          <w:p w14:paraId="48BE530A" w14:textId="6C0E645D" w:rsidR="00F04097" w:rsidRDefault="00F04097">
            <w:pPr>
              <w:rPr>
                <w:lang w:val="de-DE"/>
              </w:rPr>
            </w:pPr>
            <w:r w:rsidRPr="005A2642">
              <w:rPr>
                <w:lang w:val="de-DE"/>
              </w:rPr>
              <w:t>Voraussichtliche Laufzeit:</w:t>
            </w:r>
          </w:p>
        </w:tc>
        <w:tc>
          <w:tcPr>
            <w:tcW w:w="4882" w:type="dxa"/>
            <w:tcBorders>
              <w:top w:val="single" w:sz="6" w:space="0" w:color="auto"/>
              <w:left w:val="nil"/>
              <w:bottom w:val="single" w:sz="6" w:space="0" w:color="auto"/>
              <w:right w:val="nil"/>
            </w:tcBorders>
          </w:tcPr>
          <w:p w14:paraId="488488CA" w14:textId="77777777" w:rsidR="00F04097" w:rsidRDefault="00F04097">
            <w:pPr>
              <w:rPr>
                <w:lang w:val="de-DE"/>
              </w:rPr>
            </w:pPr>
          </w:p>
        </w:tc>
      </w:tr>
    </w:tbl>
    <w:p w14:paraId="3CB07958" w14:textId="77777777" w:rsidR="00F04097" w:rsidRDefault="00F04097">
      <w:pPr>
        <w:rPr>
          <w:lang w:val="de-DE"/>
        </w:rPr>
      </w:pPr>
    </w:p>
    <w:p w14:paraId="09510521" w14:textId="77777777" w:rsidR="00F04097" w:rsidRDefault="00F04097">
      <w:pPr>
        <w:rPr>
          <w:lang w:val="de-DE"/>
        </w:rPr>
      </w:pPr>
    </w:p>
    <w:p w14:paraId="25EE4AD7" w14:textId="77777777" w:rsidR="00EC240E" w:rsidRPr="005A2642" w:rsidRDefault="00EC240E" w:rsidP="00EC240E">
      <w:pPr>
        <w:pStyle w:val="berschrift1"/>
        <w:rPr>
          <w:lang w:val="de-DE"/>
        </w:rPr>
      </w:pPr>
      <w:r w:rsidRPr="005A2642">
        <w:rPr>
          <w:lang w:val="de-DE"/>
        </w:rPr>
        <w:lastRenderedPageBreak/>
        <w:t xml:space="preserve">7. Themen für die </w:t>
      </w:r>
      <w:r>
        <w:rPr>
          <w:lang w:val="de-DE"/>
        </w:rPr>
        <w:t>Beratung</w:t>
      </w:r>
      <w:r w:rsidRPr="005A2642">
        <w:rPr>
          <w:lang w:val="de-DE"/>
        </w:rPr>
        <w:t xml:space="preserve"> </w:t>
      </w:r>
    </w:p>
    <w:tbl>
      <w:tblPr>
        <w:tblStyle w:val="Tabellenraster"/>
        <w:tblpPr w:leftFromText="141" w:rightFromText="141" w:vertAnchor="text" w:horzAnchor="margin" w:tblpY="658"/>
        <w:tblW w:w="0" w:type="auto"/>
        <w:tblLook w:val="04A0" w:firstRow="1" w:lastRow="0" w:firstColumn="1" w:lastColumn="0" w:noHBand="0" w:noVBand="1"/>
      </w:tblPr>
      <w:tblGrid>
        <w:gridCol w:w="1196"/>
        <w:gridCol w:w="7406"/>
      </w:tblGrid>
      <w:tr w:rsidR="00EC240E" w14:paraId="37A7C6C1" w14:textId="77777777" w:rsidTr="00EC240E">
        <w:tc>
          <w:tcPr>
            <w:tcW w:w="1196" w:type="dxa"/>
            <w:tcBorders>
              <w:top w:val="nil"/>
              <w:left w:val="nil"/>
              <w:bottom w:val="nil"/>
              <w:right w:val="nil"/>
            </w:tcBorders>
          </w:tcPr>
          <w:p w14:paraId="7736D510" w14:textId="77777777" w:rsidR="00EC240E" w:rsidRDefault="00EC240E" w:rsidP="00EC240E">
            <w:pPr>
              <w:rPr>
                <w:lang w:val="de-DE"/>
              </w:rPr>
            </w:pPr>
            <w:r>
              <w:rPr>
                <w:lang w:val="de-DE"/>
              </w:rPr>
              <w:t>Thema 1:</w:t>
            </w:r>
          </w:p>
        </w:tc>
        <w:tc>
          <w:tcPr>
            <w:tcW w:w="7406" w:type="dxa"/>
            <w:tcBorders>
              <w:top w:val="nil"/>
              <w:left w:val="nil"/>
              <w:bottom w:val="single" w:sz="6" w:space="0" w:color="auto"/>
              <w:right w:val="nil"/>
            </w:tcBorders>
          </w:tcPr>
          <w:p w14:paraId="0D98BD6D" w14:textId="77777777" w:rsidR="00EC240E" w:rsidRDefault="00EC240E" w:rsidP="00EC240E">
            <w:pPr>
              <w:rPr>
                <w:lang w:val="de-DE"/>
              </w:rPr>
            </w:pPr>
          </w:p>
        </w:tc>
      </w:tr>
    </w:tbl>
    <w:p w14:paraId="41B9E52F" w14:textId="77777777" w:rsidR="00EC240E" w:rsidRPr="005A2642" w:rsidRDefault="00EC240E" w:rsidP="00EC240E">
      <w:pPr>
        <w:rPr>
          <w:lang w:val="de-DE"/>
        </w:rPr>
      </w:pPr>
      <w:r w:rsidRPr="005A2642">
        <w:rPr>
          <w:lang w:val="de-DE"/>
        </w:rPr>
        <w:t>Bitte nennen Sie konkrete Themen</w:t>
      </w:r>
      <w:r>
        <w:rPr>
          <w:lang w:val="de-DE"/>
        </w:rPr>
        <w:t xml:space="preserve"> (max. 3 Themenbereiche)</w:t>
      </w:r>
      <w:r w:rsidRPr="005A2642">
        <w:rPr>
          <w:lang w:val="de-DE"/>
        </w:rPr>
        <w:t xml:space="preserve"> </w:t>
      </w:r>
      <w:r>
        <w:rPr>
          <w:lang w:val="de-DE"/>
        </w:rPr>
        <w:t>und</w:t>
      </w:r>
      <w:r w:rsidRPr="005A2642">
        <w:rPr>
          <w:lang w:val="de-DE"/>
        </w:rPr>
        <w:t xml:space="preserve"> Fragen, die Sie im Rahmen der Beratung besprechen möchten:</w:t>
      </w:r>
    </w:p>
    <w:tbl>
      <w:tblPr>
        <w:tblStyle w:val="Tabellenraster"/>
        <w:tblpPr w:leftFromText="141" w:rightFromText="141" w:vertAnchor="text" w:horzAnchor="margin" w:tblpY="-59"/>
        <w:tblW w:w="0" w:type="auto"/>
        <w:tblLook w:val="04A0" w:firstRow="1" w:lastRow="0" w:firstColumn="1" w:lastColumn="0" w:noHBand="0" w:noVBand="1"/>
      </w:tblPr>
      <w:tblGrid>
        <w:gridCol w:w="8418"/>
        <w:gridCol w:w="222"/>
      </w:tblGrid>
      <w:tr w:rsidR="00EC240E" w14:paraId="446FA559" w14:textId="77777777" w:rsidTr="00EC240E">
        <w:tc>
          <w:tcPr>
            <w:tcW w:w="8418" w:type="dxa"/>
            <w:tcBorders>
              <w:top w:val="nil"/>
              <w:left w:val="nil"/>
              <w:bottom w:val="nil"/>
              <w:right w:val="nil"/>
            </w:tcBorders>
          </w:tcPr>
          <w:p w14:paraId="740B6D0E" w14:textId="77777777" w:rsidR="00EC240E" w:rsidRDefault="00EC240E" w:rsidP="00EC240E">
            <w:pPr>
              <w:rPr>
                <w:lang w:val="de-DE"/>
              </w:rPr>
            </w:pPr>
          </w:p>
          <w:p w14:paraId="423D82C1" w14:textId="77777777" w:rsidR="00EC240E" w:rsidRDefault="00EC240E" w:rsidP="00EC240E">
            <w:pPr>
              <w:rPr>
                <w:lang w:val="de-DE"/>
              </w:rPr>
            </w:pPr>
          </w:p>
          <w:p w14:paraId="3DD1AD01" w14:textId="36C86E55" w:rsidR="00EC240E" w:rsidRDefault="00EC240E" w:rsidP="00EC240E">
            <w:pPr>
              <w:rPr>
                <w:lang w:val="de-DE"/>
              </w:rPr>
            </w:pPr>
            <w:r w:rsidRPr="00F04097">
              <w:rPr>
                <w:noProof/>
                <w:lang w:val="de-DE"/>
              </w:rPr>
              <mc:AlternateContent>
                <mc:Choice Requires="wps">
                  <w:drawing>
                    <wp:anchor distT="45720" distB="45720" distL="114300" distR="114300" simplePos="0" relativeHeight="251668992" behindDoc="0" locked="0" layoutInCell="1" allowOverlap="1" wp14:anchorId="2DFB9CF3" wp14:editId="56672996">
                      <wp:simplePos x="0" y="0"/>
                      <wp:positionH relativeFrom="margin">
                        <wp:align>right</wp:align>
                      </wp:positionH>
                      <wp:positionV relativeFrom="paragraph">
                        <wp:posOffset>335915</wp:posOffset>
                      </wp:positionV>
                      <wp:extent cx="5464175" cy="5238750"/>
                      <wp:effectExtent l="0" t="0" r="22225" b="19050"/>
                      <wp:wrapSquare wrapText="bothSides"/>
                      <wp:docPr id="12116828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175" cy="5238750"/>
                              </a:xfrm>
                              <a:prstGeom prst="rect">
                                <a:avLst/>
                              </a:prstGeom>
                              <a:solidFill>
                                <a:srgbClr val="FFFFFF"/>
                              </a:solidFill>
                              <a:ln w="9525">
                                <a:solidFill>
                                  <a:srgbClr val="000000"/>
                                </a:solidFill>
                                <a:miter lim="800000"/>
                                <a:headEnd/>
                                <a:tailEnd/>
                              </a:ln>
                            </wps:spPr>
                            <wps:txbx>
                              <w:txbxContent>
                                <w:p w14:paraId="3D9F8E0E" w14:textId="73B99AD0" w:rsidR="00F04097" w:rsidRPr="00F04097" w:rsidRDefault="00F04097">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B9CF3" id="_x0000_s1032" type="#_x0000_t202" style="position:absolute;margin-left:379.05pt;margin-top:26.45pt;width:430.25pt;height:412.5pt;z-index:2516689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">
                      <v:textbox>
                        <w:txbxContent>
                          <w:p w14:paraId="3D9F8E0E" w14:textId="73B99AD0" w:rsidR="00F04097" w:rsidRPr="00F04097" w:rsidRDefault="00F04097">
                            <w:pPr>
                              <w:rPr>
                                <w:lang w:val="de-DE"/>
                              </w:rPr>
                            </w:pPr>
                          </w:p>
                        </w:txbxContent>
                      </v:textbox>
                      <w10:wrap type="square" anchorx="margin"/>
                    </v:shape>
                  </w:pict>
                </mc:Fallback>
              </mc:AlternateContent>
            </w:r>
            <w:r>
              <w:rPr>
                <w:lang w:val="de-DE"/>
              </w:rPr>
              <w:t>Fragen:</w:t>
            </w:r>
          </w:p>
        </w:tc>
        <w:tc>
          <w:tcPr>
            <w:tcW w:w="222" w:type="dxa"/>
            <w:tcBorders>
              <w:top w:val="nil"/>
              <w:left w:val="nil"/>
              <w:bottom w:val="single" w:sz="6" w:space="0" w:color="auto"/>
              <w:right w:val="nil"/>
            </w:tcBorders>
          </w:tcPr>
          <w:p w14:paraId="2FE6CDBD" w14:textId="77777777" w:rsidR="00EC240E" w:rsidRDefault="00EC240E" w:rsidP="00EC240E">
            <w:pPr>
              <w:rPr>
                <w:lang w:val="de-DE"/>
              </w:rPr>
            </w:pPr>
          </w:p>
        </w:tc>
      </w:tr>
    </w:tbl>
    <w:p w14:paraId="5DD37AB3" w14:textId="512D0A08" w:rsidR="00EC240E" w:rsidRDefault="00EC240E" w:rsidP="00EC240E">
      <w:pPr>
        <w:rPr>
          <w:lang w:val="de-DE"/>
        </w:rPr>
      </w:pPr>
      <w:r w:rsidRPr="00F04097">
        <w:rPr>
          <w:noProof/>
          <w:lang w:val="de-DE"/>
        </w:rPr>
        <mc:AlternateContent>
          <mc:Choice Requires="wps">
            <w:drawing>
              <wp:anchor distT="45720" distB="45720" distL="114300" distR="114300" simplePos="0" relativeHeight="251681280" behindDoc="0" locked="0" layoutInCell="1" allowOverlap="1" wp14:anchorId="15170085" wp14:editId="2E7B997A">
                <wp:simplePos x="0" y="0"/>
                <wp:positionH relativeFrom="column">
                  <wp:posOffset>-1905</wp:posOffset>
                </wp:positionH>
                <wp:positionV relativeFrom="paragraph">
                  <wp:posOffset>469265</wp:posOffset>
                </wp:positionV>
                <wp:extent cx="5464175" cy="6656070"/>
                <wp:effectExtent l="0" t="0" r="22225" b="11430"/>
                <wp:wrapSquare wrapText="bothSides"/>
                <wp:docPr id="6724346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175" cy="6656070"/>
                        </a:xfrm>
                        <a:prstGeom prst="rect">
                          <a:avLst/>
                        </a:prstGeom>
                        <a:solidFill>
                          <a:srgbClr val="FFFFFF"/>
                        </a:solidFill>
                        <a:ln w="9525">
                          <a:solidFill>
                            <a:srgbClr val="000000"/>
                          </a:solidFill>
                          <a:miter lim="800000"/>
                          <a:headEnd/>
                          <a:tailEnd/>
                        </a:ln>
                      </wps:spPr>
                      <wps:txbx>
                        <w:txbxContent>
                          <w:p w14:paraId="14C828D7" w14:textId="77777777" w:rsidR="00EC240E" w:rsidRPr="00F04097" w:rsidRDefault="00EC240E" w:rsidP="00EC240E">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70085" id="_x0000_s1033" type="#_x0000_t202" style="position:absolute;margin-left:-.15pt;margin-top:36.95pt;width:430.25pt;height:524.1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">
                <v:textbox>
                  <w:txbxContent>
                    <w:p w14:paraId="14C828D7" w14:textId="77777777" w:rsidR="00EC240E" w:rsidRPr="00F04097" w:rsidRDefault="00EC240E" w:rsidP="00EC240E">
                      <w:pPr>
                        <w:rPr>
                          <w:lang w:val="de-DE"/>
                        </w:rPr>
                      </w:pPr>
                    </w:p>
                  </w:txbxContent>
                </v:textbox>
                <w10:wrap type="square"/>
              </v:shape>
            </w:pict>
          </mc:Fallback>
        </mc:AlternateContent>
      </w:r>
      <w:r>
        <w:rPr>
          <w:lang w:val="de-DE"/>
        </w:rPr>
        <w:t xml:space="preserve"> </w:t>
      </w:r>
    </w:p>
    <w:tbl>
      <w:tblPr>
        <w:tblStyle w:val="Tabellenraster"/>
        <w:tblpPr w:leftFromText="141" w:rightFromText="141" w:vertAnchor="text" w:horzAnchor="margin" w:tblpY="-224"/>
        <w:tblW w:w="0" w:type="auto"/>
        <w:tblLook w:val="04A0" w:firstRow="1" w:lastRow="0" w:firstColumn="1" w:lastColumn="0" w:noHBand="0" w:noVBand="1"/>
      </w:tblPr>
      <w:tblGrid>
        <w:gridCol w:w="1196"/>
        <w:gridCol w:w="7406"/>
      </w:tblGrid>
      <w:tr w:rsidR="00EC240E" w14:paraId="2A1553B8" w14:textId="77777777" w:rsidTr="00EC240E">
        <w:tc>
          <w:tcPr>
            <w:tcW w:w="1196" w:type="dxa"/>
            <w:tcBorders>
              <w:top w:val="nil"/>
              <w:left w:val="nil"/>
              <w:bottom w:val="nil"/>
              <w:right w:val="nil"/>
            </w:tcBorders>
          </w:tcPr>
          <w:p w14:paraId="42244B8C" w14:textId="77777777" w:rsidR="00EC240E" w:rsidRDefault="00EC240E" w:rsidP="00EC240E">
            <w:pPr>
              <w:rPr>
                <w:lang w:val="de-DE"/>
              </w:rPr>
            </w:pPr>
            <w:r>
              <w:rPr>
                <w:lang w:val="de-DE"/>
              </w:rPr>
              <w:lastRenderedPageBreak/>
              <w:t xml:space="preserve">Thema </w:t>
            </w:r>
            <w:r>
              <w:rPr>
                <w:lang w:val="de-DE"/>
              </w:rPr>
              <w:t>2</w:t>
            </w:r>
            <w:r>
              <w:rPr>
                <w:lang w:val="de-DE"/>
              </w:rPr>
              <w:t>:</w:t>
            </w:r>
          </w:p>
        </w:tc>
        <w:tc>
          <w:tcPr>
            <w:tcW w:w="7406" w:type="dxa"/>
            <w:tcBorders>
              <w:top w:val="nil"/>
              <w:left w:val="nil"/>
              <w:bottom w:val="single" w:sz="6" w:space="0" w:color="auto"/>
              <w:right w:val="nil"/>
            </w:tcBorders>
          </w:tcPr>
          <w:p w14:paraId="05730F0F" w14:textId="77777777" w:rsidR="00EC240E" w:rsidRDefault="00EC240E" w:rsidP="00EC240E">
            <w:pPr>
              <w:rPr>
                <w:lang w:val="de-DE"/>
              </w:rPr>
            </w:pPr>
          </w:p>
        </w:tc>
      </w:tr>
    </w:tbl>
    <w:p w14:paraId="4665EED7" w14:textId="77777777" w:rsidR="00EC240E" w:rsidRDefault="00EC240E">
      <w:pPr>
        <w:rPr>
          <w:lang w:val="de-DE"/>
        </w:rPr>
      </w:pPr>
    </w:p>
    <w:p w14:paraId="68C6EDBA" w14:textId="6E55F757" w:rsidR="00EC240E" w:rsidRDefault="00EC240E" w:rsidP="00EC240E">
      <w:pPr>
        <w:rPr>
          <w:lang w:val="de-DE"/>
        </w:rPr>
      </w:pPr>
      <w:bookmarkStart w:id="6" w:name="_Toc224738478"/>
      <w:r w:rsidRPr="00F04097">
        <w:rPr>
          <w:noProof/>
          <w:lang w:val="de-DE"/>
        </w:rPr>
        <mc:AlternateContent>
          <mc:Choice Requires="wps">
            <w:drawing>
              <wp:anchor distT="45720" distB="45720" distL="114300" distR="114300" simplePos="0" relativeHeight="251683328" behindDoc="0" locked="0" layoutInCell="1" allowOverlap="1" wp14:anchorId="329AD808" wp14:editId="795E6E1D">
                <wp:simplePos x="0" y="0"/>
                <wp:positionH relativeFrom="column">
                  <wp:posOffset>-1905</wp:posOffset>
                </wp:positionH>
                <wp:positionV relativeFrom="paragraph">
                  <wp:posOffset>469265</wp:posOffset>
                </wp:positionV>
                <wp:extent cx="5464175" cy="6656070"/>
                <wp:effectExtent l="0" t="0" r="22225" b="11430"/>
                <wp:wrapSquare wrapText="bothSides"/>
                <wp:docPr id="19043797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175" cy="6656070"/>
                        </a:xfrm>
                        <a:prstGeom prst="rect">
                          <a:avLst/>
                        </a:prstGeom>
                        <a:solidFill>
                          <a:srgbClr val="FFFFFF"/>
                        </a:solidFill>
                        <a:ln w="9525">
                          <a:solidFill>
                            <a:srgbClr val="000000"/>
                          </a:solidFill>
                          <a:miter lim="800000"/>
                          <a:headEnd/>
                          <a:tailEnd/>
                        </a:ln>
                      </wps:spPr>
                      <wps:txbx>
                        <w:txbxContent>
                          <w:p w14:paraId="7843E654" w14:textId="77777777" w:rsidR="00EC240E" w:rsidRPr="00F04097" w:rsidRDefault="00EC240E" w:rsidP="00EC240E">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AD808" id="_x0000_s1034" type="#_x0000_t202" style="position:absolute;margin-left:-.15pt;margin-top:36.95pt;width:430.25pt;height:524.1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">
                <v:textbox>
                  <w:txbxContent>
                    <w:p w14:paraId="7843E654" w14:textId="77777777" w:rsidR="00EC240E" w:rsidRPr="00F04097" w:rsidRDefault="00EC240E" w:rsidP="00EC240E">
                      <w:pPr>
                        <w:rPr>
                          <w:lang w:val="de-DE"/>
                        </w:rPr>
                      </w:pPr>
                    </w:p>
                  </w:txbxContent>
                </v:textbox>
                <w10:wrap type="square"/>
              </v:shape>
            </w:pict>
          </mc:Fallback>
        </mc:AlternateContent>
      </w:r>
      <w:r>
        <w:rPr>
          <w:lang w:val="de-DE"/>
        </w:rPr>
        <w:t xml:space="preserve">Fragen: </w:t>
      </w:r>
    </w:p>
    <w:bookmarkEnd w:id="6"/>
    <w:p w14:paraId="1B5B2A01" w14:textId="31518D31" w:rsidR="00F04097" w:rsidRDefault="00F04097">
      <w:pPr>
        <w:rPr>
          <w:lang w:val="de-DE"/>
        </w:rPr>
      </w:pPr>
      <w:r>
        <w:rPr>
          <w:lang w:val="de-DE"/>
        </w:rPr>
        <w:t xml:space="preserve"> </w:t>
      </w:r>
    </w:p>
    <w:p w14:paraId="2CDE0987" w14:textId="77777777" w:rsidR="00EC240E" w:rsidRPr="005A2642" w:rsidRDefault="00EC240E">
      <w:pPr>
        <w:rPr>
          <w:lang w:val="de-DE"/>
        </w:rPr>
      </w:pPr>
    </w:p>
    <w:tbl>
      <w:tblPr>
        <w:tblStyle w:val="Tabellenraster"/>
        <w:tblpPr w:leftFromText="141" w:rightFromText="141" w:vertAnchor="text" w:horzAnchor="margin" w:tblpY="-149"/>
        <w:tblW w:w="0" w:type="auto"/>
        <w:tblLook w:val="04A0" w:firstRow="1" w:lastRow="0" w:firstColumn="1" w:lastColumn="0" w:noHBand="0" w:noVBand="1"/>
      </w:tblPr>
      <w:tblGrid>
        <w:gridCol w:w="1196"/>
        <w:gridCol w:w="7406"/>
      </w:tblGrid>
      <w:tr w:rsidR="00EC240E" w14:paraId="255F08E6" w14:textId="77777777" w:rsidTr="00187D7E">
        <w:tc>
          <w:tcPr>
            <w:tcW w:w="1196" w:type="dxa"/>
            <w:tcBorders>
              <w:top w:val="nil"/>
              <w:left w:val="nil"/>
              <w:bottom w:val="nil"/>
              <w:right w:val="nil"/>
            </w:tcBorders>
          </w:tcPr>
          <w:p w14:paraId="4D115EEE" w14:textId="5A8286A0" w:rsidR="00EC240E" w:rsidRDefault="00EC240E" w:rsidP="00187D7E">
            <w:pPr>
              <w:rPr>
                <w:lang w:val="de-DE"/>
              </w:rPr>
            </w:pPr>
            <w:r>
              <w:rPr>
                <w:lang w:val="de-DE"/>
              </w:rPr>
              <w:lastRenderedPageBreak/>
              <w:t xml:space="preserve">Thema </w:t>
            </w:r>
            <w:r>
              <w:rPr>
                <w:lang w:val="de-DE"/>
              </w:rPr>
              <w:t>3</w:t>
            </w:r>
            <w:r>
              <w:rPr>
                <w:lang w:val="de-DE"/>
              </w:rPr>
              <w:t>:</w:t>
            </w:r>
          </w:p>
        </w:tc>
        <w:tc>
          <w:tcPr>
            <w:tcW w:w="7406" w:type="dxa"/>
            <w:tcBorders>
              <w:top w:val="nil"/>
              <w:left w:val="nil"/>
              <w:bottom w:val="single" w:sz="6" w:space="0" w:color="auto"/>
              <w:right w:val="nil"/>
            </w:tcBorders>
          </w:tcPr>
          <w:p w14:paraId="2E73A3C8" w14:textId="77777777" w:rsidR="00EC240E" w:rsidRDefault="00EC240E" w:rsidP="00187D7E">
            <w:pPr>
              <w:rPr>
                <w:lang w:val="de-DE"/>
              </w:rPr>
            </w:pPr>
          </w:p>
        </w:tc>
      </w:tr>
    </w:tbl>
    <w:p w14:paraId="49E51FD8" w14:textId="77777777" w:rsidR="00EC240E" w:rsidRDefault="00EC240E" w:rsidP="00EC240E">
      <w:pPr>
        <w:rPr>
          <w:lang w:val="de-DE"/>
        </w:rPr>
      </w:pPr>
    </w:p>
    <w:p w14:paraId="76037576" w14:textId="77777777" w:rsidR="00EC240E" w:rsidRDefault="00EC240E" w:rsidP="00EC240E">
      <w:pPr>
        <w:rPr>
          <w:lang w:val="de-DE"/>
        </w:rPr>
      </w:pPr>
      <w:r w:rsidRPr="00F04097">
        <w:rPr>
          <w:noProof/>
          <w:lang w:val="de-DE"/>
        </w:rPr>
        <mc:AlternateContent>
          <mc:Choice Requires="wps">
            <w:drawing>
              <wp:anchor distT="45720" distB="45720" distL="114300" distR="114300" simplePos="0" relativeHeight="251685376" behindDoc="0" locked="0" layoutInCell="1" allowOverlap="1" wp14:anchorId="7DBE2174" wp14:editId="02166D6F">
                <wp:simplePos x="0" y="0"/>
                <wp:positionH relativeFrom="column">
                  <wp:posOffset>-1905</wp:posOffset>
                </wp:positionH>
                <wp:positionV relativeFrom="paragraph">
                  <wp:posOffset>469265</wp:posOffset>
                </wp:positionV>
                <wp:extent cx="5464175" cy="6656070"/>
                <wp:effectExtent l="0" t="0" r="22225" b="11430"/>
                <wp:wrapSquare wrapText="bothSides"/>
                <wp:docPr id="841630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175" cy="6656070"/>
                        </a:xfrm>
                        <a:prstGeom prst="rect">
                          <a:avLst/>
                        </a:prstGeom>
                        <a:solidFill>
                          <a:srgbClr val="FFFFFF"/>
                        </a:solidFill>
                        <a:ln w="9525">
                          <a:solidFill>
                            <a:srgbClr val="000000"/>
                          </a:solidFill>
                          <a:miter lim="800000"/>
                          <a:headEnd/>
                          <a:tailEnd/>
                        </a:ln>
                      </wps:spPr>
                      <wps:txbx>
                        <w:txbxContent>
                          <w:p w14:paraId="3909EE8D" w14:textId="77777777" w:rsidR="00EC240E" w:rsidRPr="00F04097" w:rsidRDefault="00EC240E" w:rsidP="00EC240E">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E2174" id="_x0000_s1035" type="#_x0000_t202" style="position:absolute;margin-left:-.15pt;margin-top:36.95pt;width:430.25pt;height:524.1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">
                <v:textbox>
                  <w:txbxContent>
                    <w:p w14:paraId="3909EE8D" w14:textId="77777777" w:rsidR="00EC240E" w:rsidRPr="00F04097" w:rsidRDefault="00EC240E" w:rsidP="00EC240E">
                      <w:pPr>
                        <w:rPr>
                          <w:lang w:val="de-DE"/>
                        </w:rPr>
                      </w:pPr>
                    </w:p>
                  </w:txbxContent>
                </v:textbox>
                <w10:wrap type="square"/>
              </v:shape>
            </w:pict>
          </mc:Fallback>
        </mc:AlternateContent>
      </w:r>
      <w:r>
        <w:rPr>
          <w:lang w:val="de-DE"/>
        </w:rPr>
        <w:t xml:space="preserve">Fragen: </w:t>
      </w:r>
    </w:p>
    <w:p w14:paraId="7C0F6A56" w14:textId="35546BA7" w:rsidR="00F04097" w:rsidRPr="005A2642" w:rsidRDefault="00F04097" w:rsidP="00F04097">
      <w:pPr>
        <w:rPr>
          <w:lang w:val="de-DE"/>
        </w:rPr>
      </w:pPr>
    </w:p>
    <w:p w14:paraId="45143504" w14:textId="48920D89" w:rsidR="009B3F2A" w:rsidRPr="005A2642" w:rsidRDefault="009B3F2A">
      <w:pPr>
        <w:rPr>
          <w:lang w:val="de-DE"/>
        </w:rPr>
      </w:pPr>
    </w:p>
    <w:p w14:paraId="1EDDCC02" w14:textId="7C71E7DE" w:rsidR="009B3F2A" w:rsidRPr="005A2642" w:rsidRDefault="00061162">
      <w:pPr>
        <w:pStyle w:val="berschrift1"/>
        <w:rPr>
          <w:lang w:val="de-DE"/>
        </w:rPr>
      </w:pPr>
      <w:bookmarkStart w:id="7" w:name="_Toc224738479"/>
      <w:r w:rsidRPr="005A2642">
        <w:rPr>
          <w:lang w:val="de-DE"/>
        </w:rPr>
        <w:lastRenderedPageBreak/>
        <w:t xml:space="preserve">8. Teilnehmende an der </w:t>
      </w:r>
      <w:r w:rsidR="002543AC">
        <w:rPr>
          <w:lang w:val="de-DE"/>
        </w:rPr>
        <w:t>Beratung</w:t>
      </w:r>
      <w:r w:rsidRPr="005A2642">
        <w:rPr>
          <w:lang w:val="de-DE"/>
        </w:rPr>
        <w:t xml:space="preserve"> </w:t>
      </w:r>
      <w:bookmarkEnd w:id="7"/>
    </w:p>
    <w:p w14:paraId="3DE83BF9" w14:textId="671419D0" w:rsidR="009B3F2A" w:rsidRPr="005A2642" w:rsidRDefault="00061162">
      <w:pPr>
        <w:rPr>
          <w:lang w:val="de-DE"/>
        </w:rPr>
      </w:pPr>
      <w:r w:rsidRPr="005A2642">
        <w:rPr>
          <w:lang w:val="de-DE"/>
        </w:rPr>
        <w:t>Bitte geben Sie für alle Teilnehmenden Namen und Position innerhalb der Institution an</w:t>
      </w:r>
      <w:r w:rsidR="00BB57E2">
        <w:rPr>
          <w:lang w:val="de-DE"/>
        </w:rPr>
        <w:t xml:space="preserve"> (max. 3 Personen)</w:t>
      </w:r>
      <w:r w:rsidRPr="005A2642">
        <w:rPr>
          <w:lang w:val="de-DE"/>
        </w:rPr>
        <w:t>.</w:t>
      </w:r>
    </w:p>
    <w:p w14:paraId="115191BB" w14:textId="77777777" w:rsidR="009B3F2A" w:rsidRPr="005A2642" w:rsidRDefault="009B3F2A">
      <w:pPr>
        <w:rPr>
          <w:lang w:val="de-DE"/>
        </w:rPr>
      </w:pPr>
    </w:p>
    <w:p w14:paraId="01507759" w14:textId="77777777" w:rsidR="009B3F2A" w:rsidRDefault="00061162">
      <w:r>
        <w:t>Person 1: Name / Position</w:t>
      </w:r>
    </w:p>
    <w:tbl>
      <w:tblPr>
        <w:tblStyle w:val="Tabellenraster"/>
        <w:tblW w:w="0" w:type="auto"/>
        <w:tblInd w:w="38" w:type="dxa"/>
        <w:tblLook w:val="04A0" w:firstRow="1" w:lastRow="0" w:firstColumn="1" w:lastColumn="0" w:noHBand="0" w:noVBand="1"/>
      </w:tblPr>
      <w:tblGrid>
        <w:gridCol w:w="8602"/>
      </w:tblGrid>
      <w:tr w:rsidR="00F04097" w14:paraId="0F3262C1" w14:textId="77777777" w:rsidTr="00F04097">
        <w:tc>
          <w:tcPr>
            <w:tcW w:w="8780" w:type="dxa"/>
            <w:tcBorders>
              <w:top w:val="nil"/>
              <w:left w:val="nil"/>
              <w:bottom w:val="single" w:sz="6" w:space="0" w:color="auto"/>
              <w:right w:val="nil"/>
            </w:tcBorders>
          </w:tcPr>
          <w:p w14:paraId="6AA6770F" w14:textId="77777777" w:rsidR="00F04097" w:rsidRDefault="00F04097"/>
        </w:tc>
      </w:tr>
    </w:tbl>
    <w:p w14:paraId="06FF3E98" w14:textId="77777777" w:rsidR="009B3F2A" w:rsidRDefault="009B3F2A"/>
    <w:p w14:paraId="0910F59C" w14:textId="77777777" w:rsidR="009B3F2A" w:rsidRDefault="00061162">
      <w:r>
        <w:t>Person 2: Name / Position</w:t>
      </w:r>
    </w:p>
    <w:tbl>
      <w:tblPr>
        <w:tblStyle w:val="Tabellenraster"/>
        <w:tblW w:w="0" w:type="auto"/>
        <w:tblInd w:w="38" w:type="dxa"/>
        <w:tblLook w:val="04A0" w:firstRow="1" w:lastRow="0" w:firstColumn="1" w:lastColumn="0" w:noHBand="0" w:noVBand="1"/>
      </w:tblPr>
      <w:tblGrid>
        <w:gridCol w:w="8602"/>
      </w:tblGrid>
      <w:tr w:rsidR="00F04097" w14:paraId="2C7C37F3" w14:textId="77777777" w:rsidTr="00F04097">
        <w:tc>
          <w:tcPr>
            <w:tcW w:w="8780" w:type="dxa"/>
            <w:tcBorders>
              <w:top w:val="nil"/>
              <w:left w:val="nil"/>
              <w:bottom w:val="single" w:sz="6" w:space="0" w:color="auto"/>
              <w:right w:val="nil"/>
            </w:tcBorders>
          </w:tcPr>
          <w:p w14:paraId="2153F21E" w14:textId="77777777" w:rsidR="00F04097" w:rsidRDefault="00F04097"/>
        </w:tc>
      </w:tr>
    </w:tbl>
    <w:p w14:paraId="6AAB1CFA" w14:textId="77777777" w:rsidR="009B3F2A" w:rsidRDefault="009B3F2A"/>
    <w:p w14:paraId="418386F6" w14:textId="77777777" w:rsidR="009B3F2A" w:rsidRDefault="00061162">
      <w:r>
        <w:t>Person 3: Name / Position</w:t>
      </w:r>
    </w:p>
    <w:tbl>
      <w:tblPr>
        <w:tblStyle w:val="Tabellenraster"/>
        <w:tblW w:w="0" w:type="auto"/>
        <w:tblInd w:w="38" w:type="dxa"/>
        <w:tblLook w:val="04A0" w:firstRow="1" w:lastRow="0" w:firstColumn="1" w:lastColumn="0" w:noHBand="0" w:noVBand="1"/>
      </w:tblPr>
      <w:tblGrid>
        <w:gridCol w:w="8602"/>
      </w:tblGrid>
      <w:tr w:rsidR="00F04097" w14:paraId="6E957569" w14:textId="77777777" w:rsidTr="00F04097">
        <w:tc>
          <w:tcPr>
            <w:tcW w:w="8780" w:type="dxa"/>
            <w:tcBorders>
              <w:top w:val="nil"/>
              <w:left w:val="nil"/>
              <w:bottom w:val="single" w:sz="6" w:space="0" w:color="auto"/>
              <w:right w:val="nil"/>
            </w:tcBorders>
          </w:tcPr>
          <w:p w14:paraId="08959C2F" w14:textId="77777777" w:rsidR="00F04097" w:rsidRDefault="00F04097"/>
        </w:tc>
      </w:tr>
    </w:tbl>
    <w:p w14:paraId="3BF1EA6D" w14:textId="77777777" w:rsidR="00F04097" w:rsidRDefault="00F04097"/>
    <w:sectPr w:rsidR="00F0409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659377577">
    <w:abstractNumId w:val="8"/>
  </w:num>
  <w:num w:numId="2" w16cid:durableId="245918278">
    <w:abstractNumId w:val="6"/>
  </w:num>
  <w:num w:numId="3" w16cid:durableId="784622629">
    <w:abstractNumId w:val="5"/>
  </w:num>
  <w:num w:numId="4" w16cid:durableId="725879936">
    <w:abstractNumId w:val="4"/>
  </w:num>
  <w:num w:numId="5" w16cid:durableId="753090381">
    <w:abstractNumId w:val="7"/>
  </w:num>
  <w:num w:numId="6" w16cid:durableId="599073005">
    <w:abstractNumId w:val="3"/>
  </w:num>
  <w:num w:numId="7" w16cid:durableId="1104501247">
    <w:abstractNumId w:val="2"/>
  </w:num>
  <w:num w:numId="8" w16cid:durableId="1450852704">
    <w:abstractNumId w:val="1"/>
  </w:num>
  <w:num w:numId="9" w16cid:durableId="397900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1162"/>
    <w:rsid w:val="00147752"/>
    <w:rsid w:val="0015074B"/>
    <w:rsid w:val="002543AC"/>
    <w:rsid w:val="0029639D"/>
    <w:rsid w:val="00326F90"/>
    <w:rsid w:val="003B10C1"/>
    <w:rsid w:val="00403809"/>
    <w:rsid w:val="004D66AA"/>
    <w:rsid w:val="005A2642"/>
    <w:rsid w:val="00694969"/>
    <w:rsid w:val="006D04FC"/>
    <w:rsid w:val="00786A38"/>
    <w:rsid w:val="009B3F2A"/>
    <w:rsid w:val="00AA1D8D"/>
    <w:rsid w:val="00B13875"/>
    <w:rsid w:val="00B47730"/>
    <w:rsid w:val="00B9170F"/>
    <w:rsid w:val="00BB57E2"/>
    <w:rsid w:val="00BF79DB"/>
    <w:rsid w:val="00CB0664"/>
    <w:rsid w:val="00E10A4A"/>
    <w:rsid w:val="00EB046C"/>
    <w:rsid w:val="00EC240E"/>
    <w:rsid w:val="00F040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81C8E2"/>
  <w14:defaultImageDpi w14:val="300"/>
  <w15:docId w15:val="{E76ED4F9-B290-44BF-B1E5-B0B7C73E0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C240E"/>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00564C"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007367"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007367"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007367"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003932"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003932"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007367"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00564C"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007367"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007367" w:themeColor="accent1"/>
    </w:rPr>
  </w:style>
  <w:style w:type="paragraph" w:styleId="Titel">
    <w:name w:val="Title"/>
    <w:basedOn w:val="Standard"/>
    <w:next w:val="Standard"/>
    <w:link w:val="TitelZchn"/>
    <w:uiPriority w:val="10"/>
    <w:qFormat/>
    <w:rsid w:val="00FC693F"/>
    <w:pPr>
      <w:pBdr>
        <w:bottom w:val="single" w:sz="8" w:space="4" w:color="007367" w:themeColor="accent1"/>
      </w:pBdr>
      <w:spacing w:after="300" w:line="240" w:lineRule="auto"/>
      <w:contextualSpacing/>
    </w:pPr>
    <w:rPr>
      <w:rFonts w:asciiTheme="majorHAnsi" w:eastAsiaTheme="majorEastAsia" w:hAnsiTheme="majorHAnsi" w:cstheme="majorBidi"/>
      <w:color w:val="212C32"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212C32"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007367"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007367"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007367"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003932"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003932"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007367"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007367"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007367" w:themeColor="accent1"/>
      </w:pBdr>
      <w:spacing w:before="200" w:after="280"/>
      <w:ind w:left="936" w:right="936"/>
    </w:pPr>
    <w:rPr>
      <w:b/>
      <w:bCs/>
      <w:i/>
      <w:iCs/>
      <w:color w:val="007367" w:themeColor="accent1"/>
    </w:rPr>
  </w:style>
  <w:style w:type="character" w:customStyle="1" w:styleId="IntensivesZitatZchn">
    <w:name w:val="Intensives Zitat Zchn"/>
    <w:basedOn w:val="Absatz-Standardschriftart"/>
    <w:link w:val="IntensivesZitat"/>
    <w:uiPriority w:val="30"/>
    <w:rsid w:val="00FC693F"/>
    <w:rPr>
      <w:b/>
      <w:bCs/>
      <w:i/>
      <w:iCs/>
      <w:color w:val="007367"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007367" w:themeColor="accent1"/>
    </w:rPr>
  </w:style>
  <w:style w:type="character" w:styleId="SchwacherVerweis">
    <w:name w:val="Subtle Reference"/>
    <w:basedOn w:val="Absatz-Standardschriftart"/>
    <w:uiPriority w:val="31"/>
    <w:qFormat/>
    <w:rsid w:val="00FC693F"/>
    <w:rPr>
      <w:smallCaps/>
      <w:color w:val="66ABA4" w:themeColor="accent2"/>
      <w:u w:val="single"/>
    </w:rPr>
  </w:style>
  <w:style w:type="character" w:styleId="IntensiverVerweis">
    <w:name w:val="Intense Reference"/>
    <w:basedOn w:val="Absatz-Standardschriftart"/>
    <w:uiPriority w:val="32"/>
    <w:qFormat/>
    <w:rsid w:val="00FC693F"/>
    <w:rPr>
      <w:b/>
      <w:bCs/>
      <w:smallCaps/>
      <w:color w:val="66ABA4"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00564C" w:themeColor="accent1" w:themeShade="BF"/>
    </w:rPr>
    <w:tblPr>
      <w:tblStyleRowBandSize w:val="1"/>
      <w:tblStyleColBandSize w:val="1"/>
      <w:tblBorders>
        <w:top w:val="single" w:sz="8" w:space="0" w:color="007367" w:themeColor="accent1"/>
        <w:bottom w:val="single" w:sz="8" w:space="0" w:color="007367" w:themeColor="accent1"/>
      </w:tblBorders>
    </w:tblPr>
    <w:tblStylePr w:type="firstRow">
      <w:pPr>
        <w:spacing w:before="0" w:after="0" w:line="240" w:lineRule="auto"/>
      </w:pPr>
      <w:rPr>
        <w:b/>
        <w:bCs/>
      </w:rPr>
      <w:tblPr/>
      <w:tcPr>
        <w:tcBorders>
          <w:top w:val="single" w:sz="8" w:space="0" w:color="007367" w:themeColor="accent1"/>
          <w:left w:val="nil"/>
          <w:bottom w:val="single" w:sz="8" w:space="0" w:color="007367" w:themeColor="accent1"/>
          <w:right w:val="nil"/>
          <w:insideH w:val="nil"/>
          <w:insideV w:val="nil"/>
        </w:tcBorders>
      </w:tcPr>
    </w:tblStylePr>
    <w:tblStylePr w:type="lastRow">
      <w:pPr>
        <w:spacing w:before="0" w:after="0" w:line="240" w:lineRule="auto"/>
      </w:pPr>
      <w:rPr>
        <w:b/>
        <w:bCs/>
      </w:rPr>
      <w:tblPr/>
      <w:tcPr>
        <w:tcBorders>
          <w:top w:val="single" w:sz="8" w:space="0" w:color="007367" w:themeColor="accent1"/>
          <w:left w:val="nil"/>
          <w:bottom w:val="single" w:sz="8" w:space="0" w:color="00736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FFF4" w:themeFill="accent1" w:themeFillTint="3F"/>
      </w:tcPr>
    </w:tblStylePr>
    <w:tblStylePr w:type="band1Horz">
      <w:tblPr/>
      <w:tcPr>
        <w:tcBorders>
          <w:left w:val="nil"/>
          <w:right w:val="nil"/>
          <w:insideH w:val="nil"/>
          <w:insideV w:val="nil"/>
        </w:tcBorders>
        <w:shd w:val="clear" w:color="auto" w:fill="9DFFF4" w:themeFill="accent1" w:themeFillTint="3F"/>
      </w:tcPr>
    </w:tblStylePr>
  </w:style>
  <w:style w:type="table" w:styleId="HelleSchattierung-Akzent2">
    <w:name w:val="Light Shading Accent 2"/>
    <w:basedOn w:val="NormaleTabelle"/>
    <w:uiPriority w:val="60"/>
    <w:rsid w:val="00FC693F"/>
    <w:pPr>
      <w:spacing w:after="0" w:line="240" w:lineRule="auto"/>
    </w:pPr>
    <w:rPr>
      <w:color w:val="48837D" w:themeColor="accent2" w:themeShade="BF"/>
    </w:rPr>
    <w:tblPr>
      <w:tblStyleRowBandSize w:val="1"/>
      <w:tblStyleColBandSize w:val="1"/>
      <w:tblBorders>
        <w:top w:val="single" w:sz="8" w:space="0" w:color="66ABA4" w:themeColor="accent2"/>
        <w:bottom w:val="single" w:sz="8" w:space="0" w:color="66ABA4" w:themeColor="accent2"/>
      </w:tblBorders>
    </w:tblPr>
    <w:tblStylePr w:type="firstRow">
      <w:pPr>
        <w:spacing w:before="0" w:after="0" w:line="240" w:lineRule="auto"/>
      </w:pPr>
      <w:rPr>
        <w:b/>
        <w:bCs/>
      </w:rPr>
      <w:tblPr/>
      <w:tcPr>
        <w:tcBorders>
          <w:top w:val="single" w:sz="8" w:space="0" w:color="66ABA4" w:themeColor="accent2"/>
          <w:left w:val="nil"/>
          <w:bottom w:val="single" w:sz="8" w:space="0" w:color="66ABA4" w:themeColor="accent2"/>
          <w:right w:val="nil"/>
          <w:insideH w:val="nil"/>
          <w:insideV w:val="nil"/>
        </w:tcBorders>
      </w:tcPr>
    </w:tblStylePr>
    <w:tblStylePr w:type="lastRow">
      <w:pPr>
        <w:spacing w:before="0" w:after="0" w:line="240" w:lineRule="auto"/>
      </w:pPr>
      <w:rPr>
        <w:b/>
        <w:bCs/>
      </w:rPr>
      <w:tblPr/>
      <w:tcPr>
        <w:tcBorders>
          <w:top w:val="single" w:sz="8" w:space="0" w:color="66ABA4" w:themeColor="accent2"/>
          <w:left w:val="nil"/>
          <w:bottom w:val="single" w:sz="8" w:space="0" w:color="66ABA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AE8" w:themeFill="accent2" w:themeFillTint="3F"/>
      </w:tcPr>
    </w:tblStylePr>
    <w:tblStylePr w:type="band1Horz">
      <w:tblPr/>
      <w:tcPr>
        <w:tcBorders>
          <w:left w:val="nil"/>
          <w:right w:val="nil"/>
          <w:insideH w:val="nil"/>
          <w:insideV w:val="nil"/>
        </w:tcBorders>
        <w:shd w:val="clear" w:color="auto" w:fill="D9EAE8" w:themeFill="accent2" w:themeFillTint="3F"/>
      </w:tcPr>
    </w:tblStylePr>
  </w:style>
  <w:style w:type="table" w:styleId="HelleSchattierung-Akzent3">
    <w:name w:val="Light Shading Accent 3"/>
    <w:basedOn w:val="NormaleTabelle"/>
    <w:uiPriority w:val="60"/>
    <w:rsid w:val="00FC693F"/>
    <w:pPr>
      <w:spacing w:after="0" w:line="240" w:lineRule="auto"/>
    </w:pPr>
    <w:rPr>
      <w:color w:val="5FA79F" w:themeColor="accent3" w:themeShade="BF"/>
    </w:rPr>
    <w:tblPr>
      <w:tblStyleRowBandSize w:val="1"/>
      <w:tblStyleColBandSize w:val="1"/>
      <w:tblBorders>
        <w:top w:val="single" w:sz="8" w:space="0" w:color="99C7C2" w:themeColor="accent3"/>
        <w:bottom w:val="single" w:sz="8" w:space="0" w:color="99C7C2" w:themeColor="accent3"/>
      </w:tblBorders>
    </w:tblPr>
    <w:tblStylePr w:type="firstRow">
      <w:pPr>
        <w:spacing w:before="0" w:after="0" w:line="240" w:lineRule="auto"/>
      </w:pPr>
      <w:rPr>
        <w:b/>
        <w:bCs/>
      </w:rPr>
      <w:tblPr/>
      <w:tcPr>
        <w:tcBorders>
          <w:top w:val="single" w:sz="8" w:space="0" w:color="99C7C2" w:themeColor="accent3"/>
          <w:left w:val="nil"/>
          <w:bottom w:val="single" w:sz="8" w:space="0" w:color="99C7C2" w:themeColor="accent3"/>
          <w:right w:val="nil"/>
          <w:insideH w:val="nil"/>
          <w:insideV w:val="nil"/>
        </w:tcBorders>
      </w:tcPr>
    </w:tblStylePr>
    <w:tblStylePr w:type="lastRow">
      <w:pPr>
        <w:spacing w:before="0" w:after="0" w:line="240" w:lineRule="auto"/>
      </w:pPr>
      <w:rPr>
        <w:b/>
        <w:bCs/>
      </w:rPr>
      <w:tblPr/>
      <w:tcPr>
        <w:tcBorders>
          <w:top w:val="single" w:sz="8" w:space="0" w:color="99C7C2" w:themeColor="accent3"/>
          <w:left w:val="nil"/>
          <w:bottom w:val="single" w:sz="8" w:space="0" w:color="99C7C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1EF" w:themeFill="accent3" w:themeFillTint="3F"/>
      </w:tcPr>
    </w:tblStylePr>
    <w:tblStylePr w:type="band1Horz">
      <w:tblPr/>
      <w:tcPr>
        <w:tcBorders>
          <w:left w:val="nil"/>
          <w:right w:val="nil"/>
          <w:insideH w:val="nil"/>
          <w:insideV w:val="nil"/>
        </w:tcBorders>
        <w:shd w:val="clear" w:color="auto" w:fill="E5F1EF" w:themeFill="accent3" w:themeFillTint="3F"/>
      </w:tcPr>
    </w:tblStylePr>
  </w:style>
  <w:style w:type="table" w:styleId="HelleSchattierung-Akzent4">
    <w:name w:val="Light Shading Accent 4"/>
    <w:basedOn w:val="NormaleTabelle"/>
    <w:uiPriority w:val="60"/>
    <w:rsid w:val="00FC693F"/>
    <w:pPr>
      <w:spacing w:after="0" w:line="240" w:lineRule="auto"/>
    </w:pPr>
    <w:rPr>
      <w:color w:val="8ABAB3" w:themeColor="accent4" w:themeShade="BF"/>
    </w:rPr>
    <w:tblPr>
      <w:tblStyleRowBandSize w:val="1"/>
      <w:tblStyleColBandSize w:val="1"/>
      <w:tblBorders>
        <w:top w:val="single" w:sz="8" w:space="0" w:color="CFE3E0" w:themeColor="accent4"/>
        <w:bottom w:val="single" w:sz="8" w:space="0" w:color="CFE3E0" w:themeColor="accent4"/>
      </w:tblBorders>
    </w:tblPr>
    <w:tblStylePr w:type="firstRow">
      <w:pPr>
        <w:spacing w:before="0" w:after="0" w:line="240" w:lineRule="auto"/>
      </w:pPr>
      <w:rPr>
        <w:b/>
        <w:bCs/>
      </w:rPr>
      <w:tblPr/>
      <w:tcPr>
        <w:tcBorders>
          <w:top w:val="single" w:sz="8" w:space="0" w:color="CFE3E0" w:themeColor="accent4"/>
          <w:left w:val="nil"/>
          <w:bottom w:val="single" w:sz="8" w:space="0" w:color="CFE3E0" w:themeColor="accent4"/>
          <w:right w:val="nil"/>
          <w:insideH w:val="nil"/>
          <w:insideV w:val="nil"/>
        </w:tcBorders>
      </w:tcPr>
    </w:tblStylePr>
    <w:tblStylePr w:type="lastRow">
      <w:pPr>
        <w:spacing w:before="0" w:after="0" w:line="240" w:lineRule="auto"/>
      </w:pPr>
      <w:rPr>
        <w:b/>
        <w:bCs/>
      </w:rPr>
      <w:tblPr/>
      <w:tcPr>
        <w:tcBorders>
          <w:top w:val="single" w:sz="8" w:space="0" w:color="CFE3E0" w:themeColor="accent4"/>
          <w:left w:val="nil"/>
          <w:bottom w:val="single" w:sz="8" w:space="0" w:color="CFE3E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8F7" w:themeFill="accent4" w:themeFillTint="3F"/>
      </w:tcPr>
    </w:tblStylePr>
    <w:tblStylePr w:type="band1Horz">
      <w:tblPr/>
      <w:tcPr>
        <w:tcBorders>
          <w:left w:val="nil"/>
          <w:right w:val="nil"/>
          <w:insideH w:val="nil"/>
          <w:insideV w:val="nil"/>
        </w:tcBorders>
        <w:shd w:val="clear" w:color="auto" w:fill="F3F8F7" w:themeFill="accent4" w:themeFillTint="3F"/>
      </w:tcPr>
    </w:tblStylePr>
  </w:style>
  <w:style w:type="table" w:styleId="HelleSchattierung-Akzent5">
    <w:name w:val="Light Shading Accent 5"/>
    <w:basedOn w:val="NormaleTabelle"/>
    <w:uiPriority w:val="60"/>
    <w:rsid w:val="00FC693F"/>
    <w:pPr>
      <w:spacing w:after="0" w:line="240" w:lineRule="auto"/>
    </w:pPr>
    <w:rPr>
      <w:color w:val="003E37" w:themeColor="accent5" w:themeShade="BF"/>
    </w:rPr>
    <w:tblPr>
      <w:tblStyleRowBandSize w:val="1"/>
      <w:tblStyleColBandSize w:val="1"/>
      <w:tblBorders>
        <w:top w:val="single" w:sz="8" w:space="0" w:color="00544B" w:themeColor="accent5"/>
        <w:bottom w:val="single" w:sz="8" w:space="0" w:color="00544B" w:themeColor="accent5"/>
      </w:tblBorders>
    </w:tblPr>
    <w:tblStylePr w:type="firstRow">
      <w:pPr>
        <w:spacing w:before="0" w:after="0" w:line="240" w:lineRule="auto"/>
      </w:pPr>
      <w:rPr>
        <w:b/>
        <w:bCs/>
      </w:rPr>
      <w:tblPr/>
      <w:tcPr>
        <w:tcBorders>
          <w:top w:val="single" w:sz="8" w:space="0" w:color="00544B" w:themeColor="accent5"/>
          <w:left w:val="nil"/>
          <w:bottom w:val="single" w:sz="8" w:space="0" w:color="00544B" w:themeColor="accent5"/>
          <w:right w:val="nil"/>
          <w:insideH w:val="nil"/>
          <w:insideV w:val="nil"/>
        </w:tcBorders>
      </w:tcPr>
    </w:tblStylePr>
    <w:tblStylePr w:type="lastRow">
      <w:pPr>
        <w:spacing w:before="0" w:after="0" w:line="240" w:lineRule="auto"/>
      </w:pPr>
      <w:rPr>
        <w:b/>
        <w:bCs/>
      </w:rPr>
      <w:tblPr/>
      <w:tcPr>
        <w:tcBorders>
          <w:top w:val="single" w:sz="8" w:space="0" w:color="00544B" w:themeColor="accent5"/>
          <w:left w:val="nil"/>
          <w:bottom w:val="single" w:sz="8" w:space="0" w:color="00544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5FFF3" w:themeFill="accent5" w:themeFillTint="3F"/>
      </w:tcPr>
    </w:tblStylePr>
    <w:tblStylePr w:type="band1Horz">
      <w:tblPr/>
      <w:tcPr>
        <w:tcBorders>
          <w:left w:val="nil"/>
          <w:right w:val="nil"/>
          <w:insideH w:val="nil"/>
          <w:insideV w:val="nil"/>
        </w:tcBorders>
        <w:shd w:val="clear" w:color="auto" w:fill="95FFF3" w:themeFill="accent5" w:themeFillTint="3F"/>
      </w:tcPr>
    </w:tblStylePr>
  </w:style>
  <w:style w:type="table" w:styleId="HelleSchattierung-Akzent6">
    <w:name w:val="Light Shading Accent 6"/>
    <w:basedOn w:val="NormaleTabelle"/>
    <w:uiPriority w:val="60"/>
    <w:rsid w:val="00FC693F"/>
    <w:pPr>
      <w:spacing w:after="0" w:line="240" w:lineRule="auto"/>
    </w:pPr>
    <w:rPr>
      <w:color w:val="B5B5B5" w:themeColor="accent6" w:themeShade="BF"/>
    </w:rPr>
    <w:tblPr>
      <w:tblStyleRowBandSize w:val="1"/>
      <w:tblStyleColBandSize w:val="1"/>
      <w:tblBorders>
        <w:top w:val="single" w:sz="8" w:space="0" w:color="F2F2F2" w:themeColor="accent6"/>
        <w:bottom w:val="single" w:sz="8" w:space="0" w:color="F2F2F2" w:themeColor="accent6"/>
      </w:tblBorders>
    </w:tblPr>
    <w:tblStylePr w:type="firstRow">
      <w:pPr>
        <w:spacing w:before="0" w:after="0" w:line="240" w:lineRule="auto"/>
      </w:pPr>
      <w:rPr>
        <w:b/>
        <w:bCs/>
      </w:rPr>
      <w:tblPr/>
      <w:tcPr>
        <w:tcBorders>
          <w:top w:val="single" w:sz="8" w:space="0" w:color="F2F2F2" w:themeColor="accent6"/>
          <w:left w:val="nil"/>
          <w:bottom w:val="single" w:sz="8" w:space="0" w:color="F2F2F2" w:themeColor="accent6"/>
          <w:right w:val="nil"/>
          <w:insideH w:val="nil"/>
          <w:insideV w:val="nil"/>
        </w:tcBorders>
      </w:tcPr>
    </w:tblStylePr>
    <w:tblStylePr w:type="lastRow">
      <w:pPr>
        <w:spacing w:before="0" w:after="0" w:line="240" w:lineRule="auto"/>
      </w:pPr>
      <w:rPr>
        <w:b/>
        <w:bCs/>
      </w:rPr>
      <w:tblPr/>
      <w:tcPr>
        <w:tcBorders>
          <w:top w:val="single" w:sz="8" w:space="0" w:color="F2F2F2" w:themeColor="accent6"/>
          <w:left w:val="nil"/>
          <w:bottom w:val="single" w:sz="8" w:space="0" w:color="F2F2F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B" w:themeFill="accent6" w:themeFillTint="3F"/>
      </w:tcPr>
    </w:tblStylePr>
    <w:tblStylePr w:type="band1Horz">
      <w:tblPr/>
      <w:tcPr>
        <w:tcBorders>
          <w:left w:val="nil"/>
          <w:right w:val="nil"/>
          <w:insideH w:val="nil"/>
          <w:insideV w:val="nil"/>
        </w:tcBorders>
        <w:shd w:val="clear" w:color="auto" w:fill="FBFBFB"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007367" w:themeColor="accent1"/>
        <w:left w:val="single" w:sz="8" w:space="0" w:color="007367" w:themeColor="accent1"/>
        <w:bottom w:val="single" w:sz="8" w:space="0" w:color="007367" w:themeColor="accent1"/>
        <w:right w:val="single" w:sz="8" w:space="0" w:color="007367" w:themeColor="accent1"/>
      </w:tblBorders>
    </w:tblPr>
    <w:tblStylePr w:type="firstRow">
      <w:pPr>
        <w:spacing w:before="0" w:after="0" w:line="240" w:lineRule="auto"/>
      </w:pPr>
      <w:rPr>
        <w:b/>
        <w:bCs/>
        <w:color w:val="FFFFFF" w:themeColor="background1"/>
      </w:rPr>
      <w:tblPr/>
      <w:tcPr>
        <w:shd w:val="clear" w:color="auto" w:fill="007367" w:themeFill="accent1"/>
      </w:tcPr>
    </w:tblStylePr>
    <w:tblStylePr w:type="lastRow">
      <w:pPr>
        <w:spacing w:before="0" w:after="0" w:line="240" w:lineRule="auto"/>
      </w:pPr>
      <w:rPr>
        <w:b/>
        <w:bCs/>
      </w:rPr>
      <w:tblPr/>
      <w:tcPr>
        <w:tcBorders>
          <w:top w:val="double" w:sz="6" w:space="0" w:color="007367" w:themeColor="accent1"/>
          <w:left w:val="single" w:sz="8" w:space="0" w:color="007367" w:themeColor="accent1"/>
          <w:bottom w:val="single" w:sz="8" w:space="0" w:color="007367" w:themeColor="accent1"/>
          <w:right w:val="single" w:sz="8" w:space="0" w:color="007367" w:themeColor="accent1"/>
        </w:tcBorders>
      </w:tcPr>
    </w:tblStylePr>
    <w:tblStylePr w:type="firstCol">
      <w:rPr>
        <w:b/>
        <w:bCs/>
      </w:rPr>
    </w:tblStylePr>
    <w:tblStylePr w:type="lastCol">
      <w:rPr>
        <w:b/>
        <w:bCs/>
      </w:rPr>
    </w:tblStylePr>
    <w:tblStylePr w:type="band1Vert">
      <w:tblPr/>
      <w:tcPr>
        <w:tcBorders>
          <w:top w:val="single" w:sz="8" w:space="0" w:color="007367" w:themeColor="accent1"/>
          <w:left w:val="single" w:sz="8" w:space="0" w:color="007367" w:themeColor="accent1"/>
          <w:bottom w:val="single" w:sz="8" w:space="0" w:color="007367" w:themeColor="accent1"/>
          <w:right w:val="single" w:sz="8" w:space="0" w:color="007367" w:themeColor="accent1"/>
        </w:tcBorders>
      </w:tcPr>
    </w:tblStylePr>
    <w:tblStylePr w:type="band1Horz">
      <w:tblPr/>
      <w:tcPr>
        <w:tcBorders>
          <w:top w:val="single" w:sz="8" w:space="0" w:color="007367" w:themeColor="accent1"/>
          <w:left w:val="single" w:sz="8" w:space="0" w:color="007367" w:themeColor="accent1"/>
          <w:bottom w:val="single" w:sz="8" w:space="0" w:color="007367" w:themeColor="accent1"/>
          <w:right w:val="single" w:sz="8" w:space="0" w:color="007367"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66ABA4" w:themeColor="accent2"/>
        <w:left w:val="single" w:sz="8" w:space="0" w:color="66ABA4" w:themeColor="accent2"/>
        <w:bottom w:val="single" w:sz="8" w:space="0" w:color="66ABA4" w:themeColor="accent2"/>
        <w:right w:val="single" w:sz="8" w:space="0" w:color="66ABA4" w:themeColor="accent2"/>
      </w:tblBorders>
    </w:tblPr>
    <w:tblStylePr w:type="firstRow">
      <w:pPr>
        <w:spacing w:before="0" w:after="0" w:line="240" w:lineRule="auto"/>
      </w:pPr>
      <w:rPr>
        <w:b/>
        <w:bCs/>
        <w:color w:val="FFFFFF" w:themeColor="background1"/>
      </w:rPr>
      <w:tblPr/>
      <w:tcPr>
        <w:shd w:val="clear" w:color="auto" w:fill="66ABA4" w:themeFill="accent2"/>
      </w:tcPr>
    </w:tblStylePr>
    <w:tblStylePr w:type="lastRow">
      <w:pPr>
        <w:spacing w:before="0" w:after="0" w:line="240" w:lineRule="auto"/>
      </w:pPr>
      <w:rPr>
        <w:b/>
        <w:bCs/>
      </w:rPr>
      <w:tblPr/>
      <w:tcPr>
        <w:tcBorders>
          <w:top w:val="double" w:sz="6" w:space="0" w:color="66ABA4" w:themeColor="accent2"/>
          <w:left w:val="single" w:sz="8" w:space="0" w:color="66ABA4" w:themeColor="accent2"/>
          <w:bottom w:val="single" w:sz="8" w:space="0" w:color="66ABA4" w:themeColor="accent2"/>
          <w:right w:val="single" w:sz="8" w:space="0" w:color="66ABA4" w:themeColor="accent2"/>
        </w:tcBorders>
      </w:tcPr>
    </w:tblStylePr>
    <w:tblStylePr w:type="firstCol">
      <w:rPr>
        <w:b/>
        <w:bCs/>
      </w:rPr>
    </w:tblStylePr>
    <w:tblStylePr w:type="lastCol">
      <w:rPr>
        <w:b/>
        <w:bCs/>
      </w:rPr>
    </w:tblStylePr>
    <w:tblStylePr w:type="band1Vert">
      <w:tblPr/>
      <w:tcPr>
        <w:tcBorders>
          <w:top w:val="single" w:sz="8" w:space="0" w:color="66ABA4" w:themeColor="accent2"/>
          <w:left w:val="single" w:sz="8" w:space="0" w:color="66ABA4" w:themeColor="accent2"/>
          <w:bottom w:val="single" w:sz="8" w:space="0" w:color="66ABA4" w:themeColor="accent2"/>
          <w:right w:val="single" w:sz="8" w:space="0" w:color="66ABA4" w:themeColor="accent2"/>
        </w:tcBorders>
      </w:tcPr>
    </w:tblStylePr>
    <w:tblStylePr w:type="band1Horz">
      <w:tblPr/>
      <w:tcPr>
        <w:tcBorders>
          <w:top w:val="single" w:sz="8" w:space="0" w:color="66ABA4" w:themeColor="accent2"/>
          <w:left w:val="single" w:sz="8" w:space="0" w:color="66ABA4" w:themeColor="accent2"/>
          <w:bottom w:val="single" w:sz="8" w:space="0" w:color="66ABA4" w:themeColor="accent2"/>
          <w:right w:val="single" w:sz="8" w:space="0" w:color="66ABA4"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9C7C2" w:themeColor="accent3"/>
        <w:left w:val="single" w:sz="8" w:space="0" w:color="99C7C2" w:themeColor="accent3"/>
        <w:bottom w:val="single" w:sz="8" w:space="0" w:color="99C7C2" w:themeColor="accent3"/>
        <w:right w:val="single" w:sz="8" w:space="0" w:color="99C7C2" w:themeColor="accent3"/>
      </w:tblBorders>
    </w:tblPr>
    <w:tblStylePr w:type="firstRow">
      <w:pPr>
        <w:spacing w:before="0" w:after="0" w:line="240" w:lineRule="auto"/>
      </w:pPr>
      <w:rPr>
        <w:b/>
        <w:bCs/>
        <w:color w:val="FFFFFF" w:themeColor="background1"/>
      </w:rPr>
      <w:tblPr/>
      <w:tcPr>
        <w:shd w:val="clear" w:color="auto" w:fill="99C7C2" w:themeFill="accent3"/>
      </w:tcPr>
    </w:tblStylePr>
    <w:tblStylePr w:type="lastRow">
      <w:pPr>
        <w:spacing w:before="0" w:after="0" w:line="240" w:lineRule="auto"/>
      </w:pPr>
      <w:rPr>
        <w:b/>
        <w:bCs/>
      </w:rPr>
      <w:tblPr/>
      <w:tcPr>
        <w:tcBorders>
          <w:top w:val="double" w:sz="6" w:space="0" w:color="99C7C2" w:themeColor="accent3"/>
          <w:left w:val="single" w:sz="8" w:space="0" w:color="99C7C2" w:themeColor="accent3"/>
          <w:bottom w:val="single" w:sz="8" w:space="0" w:color="99C7C2" w:themeColor="accent3"/>
          <w:right w:val="single" w:sz="8" w:space="0" w:color="99C7C2" w:themeColor="accent3"/>
        </w:tcBorders>
      </w:tcPr>
    </w:tblStylePr>
    <w:tblStylePr w:type="firstCol">
      <w:rPr>
        <w:b/>
        <w:bCs/>
      </w:rPr>
    </w:tblStylePr>
    <w:tblStylePr w:type="lastCol">
      <w:rPr>
        <w:b/>
        <w:bCs/>
      </w:rPr>
    </w:tblStylePr>
    <w:tblStylePr w:type="band1Vert">
      <w:tblPr/>
      <w:tcPr>
        <w:tcBorders>
          <w:top w:val="single" w:sz="8" w:space="0" w:color="99C7C2" w:themeColor="accent3"/>
          <w:left w:val="single" w:sz="8" w:space="0" w:color="99C7C2" w:themeColor="accent3"/>
          <w:bottom w:val="single" w:sz="8" w:space="0" w:color="99C7C2" w:themeColor="accent3"/>
          <w:right w:val="single" w:sz="8" w:space="0" w:color="99C7C2" w:themeColor="accent3"/>
        </w:tcBorders>
      </w:tcPr>
    </w:tblStylePr>
    <w:tblStylePr w:type="band1Horz">
      <w:tblPr/>
      <w:tcPr>
        <w:tcBorders>
          <w:top w:val="single" w:sz="8" w:space="0" w:color="99C7C2" w:themeColor="accent3"/>
          <w:left w:val="single" w:sz="8" w:space="0" w:color="99C7C2" w:themeColor="accent3"/>
          <w:bottom w:val="single" w:sz="8" w:space="0" w:color="99C7C2" w:themeColor="accent3"/>
          <w:right w:val="single" w:sz="8" w:space="0" w:color="99C7C2"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CFE3E0" w:themeColor="accent4"/>
        <w:left w:val="single" w:sz="8" w:space="0" w:color="CFE3E0" w:themeColor="accent4"/>
        <w:bottom w:val="single" w:sz="8" w:space="0" w:color="CFE3E0" w:themeColor="accent4"/>
        <w:right w:val="single" w:sz="8" w:space="0" w:color="CFE3E0" w:themeColor="accent4"/>
      </w:tblBorders>
    </w:tblPr>
    <w:tblStylePr w:type="firstRow">
      <w:pPr>
        <w:spacing w:before="0" w:after="0" w:line="240" w:lineRule="auto"/>
      </w:pPr>
      <w:rPr>
        <w:b/>
        <w:bCs/>
        <w:color w:val="FFFFFF" w:themeColor="background1"/>
      </w:rPr>
      <w:tblPr/>
      <w:tcPr>
        <w:shd w:val="clear" w:color="auto" w:fill="CFE3E0" w:themeFill="accent4"/>
      </w:tcPr>
    </w:tblStylePr>
    <w:tblStylePr w:type="lastRow">
      <w:pPr>
        <w:spacing w:before="0" w:after="0" w:line="240" w:lineRule="auto"/>
      </w:pPr>
      <w:rPr>
        <w:b/>
        <w:bCs/>
      </w:rPr>
      <w:tblPr/>
      <w:tcPr>
        <w:tcBorders>
          <w:top w:val="double" w:sz="6" w:space="0" w:color="CFE3E0" w:themeColor="accent4"/>
          <w:left w:val="single" w:sz="8" w:space="0" w:color="CFE3E0" w:themeColor="accent4"/>
          <w:bottom w:val="single" w:sz="8" w:space="0" w:color="CFE3E0" w:themeColor="accent4"/>
          <w:right w:val="single" w:sz="8" w:space="0" w:color="CFE3E0" w:themeColor="accent4"/>
        </w:tcBorders>
      </w:tcPr>
    </w:tblStylePr>
    <w:tblStylePr w:type="firstCol">
      <w:rPr>
        <w:b/>
        <w:bCs/>
      </w:rPr>
    </w:tblStylePr>
    <w:tblStylePr w:type="lastCol">
      <w:rPr>
        <w:b/>
        <w:bCs/>
      </w:rPr>
    </w:tblStylePr>
    <w:tblStylePr w:type="band1Vert">
      <w:tblPr/>
      <w:tcPr>
        <w:tcBorders>
          <w:top w:val="single" w:sz="8" w:space="0" w:color="CFE3E0" w:themeColor="accent4"/>
          <w:left w:val="single" w:sz="8" w:space="0" w:color="CFE3E0" w:themeColor="accent4"/>
          <w:bottom w:val="single" w:sz="8" w:space="0" w:color="CFE3E0" w:themeColor="accent4"/>
          <w:right w:val="single" w:sz="8" w:space="0" w:color="CFE3E0" w:themeColor="accent4"/>
        </w:tcBorders>
      </w:tcPr>
    </w:tblStylePr>
    <w:tblStylePr w:type="band1Horz">
      <w:tblPr/>
      <w:tcPr>
        <w:tcBorders>
          <w:top w:val="single" w:sz="8" w:space="0" w:color="CFE3E0" w:themeColor="accent4"/>
          <w:left w:val="single" w:sz="8" w:space="0" w:color="CFE3E0" w:themeColor="accent4"/>
          <w:bottom w:val="single" w:sz="8" w:space="0" w:color="CFE3E0" w:themeColor="accent4"/>
          <w:right w:val="single" w:sz="8" w:space="0" w:color="CFE3E0"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00544B" w:themeColor="accent5"/>
        <w:left w:val="single" w:sz="8" w:space="0" w:color="00544B" w:themeColor="accent5"/>
        <w:bottom w:val="single" w:sz="8" w:space="0" w:color="00544B" w:themeColor="accent5"/>
        <w:right w:val="single" w:sz="8" w:space="0" w:color="00544B" w:themeColor="accent5"/>
      </w:tblBorders>
    </w:tblPr>
    <w:tblStylePr w:type="firstRow">
      <w:pPr>
        <w:spacing w:before="0" w:after="0" w:line="240" w:lineRule="auto"/>
      </w:pPr>
      <w:rPr>
        <w:b/>
        <w:bCs/>
        <w:color w:val="FFFFFF" w:themeColor="background1"/>
      </w:rPr>
      <w:tblPr/>
      <w:tcPr>
        <w:shd w:val="clear" w:color="auto" w:fill="00544B" w:themeFill="accent5"/>
      </w:tcPr>
    </w:tblStylePr>
    <w:tblStylePr w:type="lastRow">
      <w:pPr>
        <w:spacing w:before="0" w:after="0" w:line="240" w:lineRule="auto"/>
      </w:pPr>
      <w:rPr>
        <w:b/>
        <w:bCs/>
      </w:rPr>
      <w:tblPr/>
      <w:tcPr>
        <w:tcBorders>
          <w:top w:val="double" w:sz="6" w:space="0" w:color="00544B" w:themeColor="accent5"/>
          <w:left w:val="single" w:sz="8" w:space="0" w:color="00544B" w:themeColor="accent5"/>
          <w:bottom w:val="single" w:sz="8" w:space="0" w:color="00544B" w:themeColor="accent5"/>
          <w:right w:val="single" w:sz="8" w:space="0" w:color="00544B" w:themeColor="accent5"/>
        </w:tcBorders>
      </w:tcPr>
    </w:tblStylePr>
    <w:tblStylePr w:type="firstCol">
      <w:rPr>
        <w:b/>
        <w:bCs/>
      </w:rPr>
    </w:tblStylePr>
    <w:tblStylePr w:type="lastCol">
      <w:rPr>
        <w:b/>
        <w:bCs/>
      </w:rPr>
    </w:tblStylePr>
    <w:tblStylePr w:type="band1Vert">
      <w:tblPr/>
      <w:tcPr>
        <w:tcBorders>
          <w:top w:val="single" w:sz="8" w:space="0" w:color="00544B" w:themeColor="accent5"/>
          <w:left w:val="single" w:sz="8" w:space="0" w:color="00544B" w:themeColor="accent5"/>
          <w:bottom w:val="single" w:sz="8" w:space="0" w:color="00544B" w:themeColor="accent5"/>
          <w:right w:val="single" w:sz="8" w:space="0" w:color="00544B" w:themeColor="accent5"/>
        </w:tcBorders>
      </w:tcPr>
    </w:tblStylePr>
    <w:tblStylePr w:type="band1Horz">
      <w:tblPr/>
      <w:tcPr>
        <w:tcBorders>
          <w:top w:val="single" w:sz="8" w:space="0" w:color="00544B" w:themeColor="accent5"/>
          <w:left w:val="single" w:sz="8" w:space="0" w:color="00544B" w:themeColor="accent5"/>
          <w:bottom w:val="single" w:sz="8" w:space="0" w:color="00544B" w:themeColor="accent5"/>
          <w:right w:val="single" w:sz="8" w:space="0" w:color="00544B"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2F2F2" w:themeColor="accent6"/>
        <w:left w:val="single" w:sz="8" w:space="0" w:color="F2F2F2" w:themeColor="accent6"/>
        <w:bottom w:val="single" w:sz="8" w:space="0" w:color="F2F2F2" w:themeColor="accent6"/>
        <w:right w:val="single" w:sz="8" w:space="0" w:color="F2F2F2" w:themeColor="accent6"/>
      </w:tblBorders>
    </w:tblPr>
    <w:tblStylePr w:type="firstRow">
      <w:pPr>
        <w:spacing w:before="0" w:after="0" w:line="240" w:lineRule="auto"/>
      </w:pPr>
      <w:rPr>
        <w:b/>
        <w:bCs/>
        <w:color w:val="FFFFFF" w:themeColor="background1"/>
      </w:rPr>
      <w:tblPr/>
      <w:tcPr>
        <w:shd w:val="clear" w:color="auto" w:fill="F2F2F2" w:themeFill="accent6"/>
      </w:tcPr>
    </w:tblStylePr>
    <w:tblStylePr w:type="lastRow">
      <w:pPr>
        <w:spacing w:before="0" w:after="0" w:line="240" w:lineRule="auto"/>
      </w:pPr>
      <w:rPr>
        <w:b/>
        <w:bCs/>
      </w:rPr>
      <w:tblPr/>
      <w:tcPr>
        <w:tcBorders>
          <w:top w:val="double" w:sz="6" w:space="0" w:color="F2F2F2" w:themeColor="accent6"/>
          <w:left w:val="single" w:sz="8" w:space="0" w:color="F2F2F2" w:themeColor="accent6"/>
          <w:bottom w:val="single" w:sz="8" w:space="0" w:color="F2F2F2" w:themeColor="accent6"/>
          <w:right w:val="single" w:sz="8" w:space="0" w:color="F2F2F2" w:themeColor="accent6"/>
        </w:tcBorders>
      </w:tcPr>
    </w:tblStylePr>
    <w:tblStylePr w:type="firstCol">
      <w:rPr>
        <w:b/>
        <w:bCs/>
      </w:rPr>
    </w:tblStylePr>
    <w:tblStylePr w:type="lastCol">
      <w:rPr>
        <w:b/>
        <w:bCs/>
      </w:rPr>
    </w:tblStylePr>
    <w:tblStylePr w:type="band1Vert">
      <w:tblPr/>
      <w:tcPr>
        <w:tcBorders>
          <w:top w:val="single" w:sz="8" w:space="0" w:color="F2F2F2" w:themeColor="accent6"/>
          <w:left w:val="single" w:sz="8" w:space="0" w:color="F2F2F2" w:themeColor="accent6"/>
          <w:bottom w:val="single" w:sz="8" w:space="0" w:color="F2F2F2" w:themeColor="accent6"/>
          <w:right w:val="single" w:sz="8" w:space="0" w:color="F2F2F2" w:themeColor="accent6"/>
        </w:tcBorders>
      </w:tcPr>
    </w:tblStylePr>
    <w:tblStylePr w:type="band1Horz">
      <w:tblPr/>
      <w:tcPr>
        <w:tcBorders>
          <w:top w:val="single" w:sz="8" w:space="0" w:color="F2F2F2" w:themeColor="accent6"/>
          <w:left w:val="single" w:sz="8" w:space="0" w:color="F2F2F2" w:themeColor="accent6"/>
          <w:bottom w:val="single" w:sz="8" w:space="0" w:color="F2F2F2" w:themeColor="accent6"/>
          <w:right w:val="single" w:sz="8" w:space="0" w:color="F2F2F2"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007367" w:themeColor="accent1"/>
        <w:left w:val="single" w:sz="8" w:space="0" w:color="007367" w:themeColor="accent1"/>
        <w:bottom w:val="single" w:sz="8" w:space="0" w:color="007367" w:themeColor="accent1"/>
        <w:right w:val="single" w:sz="8" w:space="0" w:color="007367" w:themeColor="accent1"/>
        <w:insideH w:val="single" w:sz="8" w:space="0" w:color="007367" w:themeColor="accent1"/>
        <w:insideV w:val="single" w:sz="8" w:space="0" w:color="00736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367" w:themeColor="accent1"/>
          <w:left w:val="single" w:sz="8" w:space="0" w:color="007367" w:themeColor="accent1"/>
          <w:bottom w:val="single" w:sz="18" w:space="0" w:color="007367" w:themeColor="accent1"/>
          <w:right w:val="single" w:sz="8" w:space="0" w:color="007367" w:themeColor="accent1"/>
          <w:insideH w:val="nil"/>
          <w:insideV w:val="single" w:sz="8" w:space="0" w:color="00736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367" w:themeColor="accent1"/>
          <w:left w:val="single" w:sz="8" w:space="0" w:color="007367" w:themeColor="accent1"/>
          <w:bottom w:val="single" w:sz="8" w:space="0" w:color="007367" w:themeColor="accent1"/>
          <w:right w:val="single" w:sz="8" w:space="0" w:color="007367" w:themeColor="accent1"/>
          <w:insideH w:val="nil"/>
          <w:insideV w:val="single" w:sz="8" w:space="0" w:color="00736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367" w:themeColor="accent1"/>
          <w:left w:val="single" w:sz="8" w:space="0" w:color="007367" w:themeColor="accent1"/>
          <w:bottom w:val="single" w:sz="8" w:space="0" w:color="007367" w:themeColor="accent1"/>
          <w:right w:val="single" w:sz="8" w:space="0" w:color="007367" w:themeColor="accent1"/>
        </w:tcBorders>
      </w:tcPr>
    </w:tblStylePr>
    <w:tblStylePr w:type="band1Vert">
      <w:tblPr/>
      <w:tcPr>
        <w:tcBorders>
          <w:top w:val="single" w:sz="8" w:space="0" w:color="007367" w:themeColor="accent1"/>
          <w:left w:val="single" w:sz="8" w:space="0" w:color="007367" w:themeColor="accent1"/>
          <w:bottom w:val="single" w:sz="8" w:space="0" w:color="007367" w:themeColor="accent1"/>
          <w:right w:val="single" w:sz="8" w:space="0" w:color="007367" w:themeColor="accent1"/>
        </w:tcBorders>
        <w:shd w:val="clear" w:color="auto" w:fill="9DFFF4" w:themeFill="accent1" w:themeFillTint="3F"/>
      </w:tcPr>
    </w:tblStylePr>
    <w:tblStylePr w:type="band1Horz">
      <w:tblPr/>
      <w:tcPr>
        <w:tcBorders>
          <w:top w:val="single" w:sz="8" w:space="0" w:color="007367" w:themeColor="accent1"/>
          <w:left w:val="single" w:sz="8" w:space="0" w:color="007367" w:themeColor="accent1"/>
          <w:bottom w:val="single" w:sz="8" w:space="0" w:color="007367" w:themeColor="accent1"/>
          <w:right w:val="single" w:sz="8" w:space="0" w:color="007367" w:themeColor="accent1"/>
          <w:insideV w:val="single" w:sz="8" w:space="0" w:color="007367" w:themeColor="accent1"/>
        </w:tcBorders>
        <w:shd w:val="clear" w:color="auto" w:fill="9DFFF4" w:themeFill="accent1" w:themeFillTint="3F"/>
      </w:tcPr>
    </w:tblStylePr>
    <w:tblStylePr w:type="band2Horz">
      <w:tblPr/>
      <w:tcPr>
        <w:tcBorders>
          <w:top w:val="single" w:sz="8" w:space="0" w:color="007367" w:themeColor="accent1"/>
          <w:left w:val="single" w:sz="8" w:space="0" w:color="007367" w:themeColor="accent1"/>
          <w:bottom w:val="single" w:sz="8" w:space="0" w:color="007367" w:themeColor="accent1"/>
          <w:right w:val="single" w:sz="8" w:space="0" w:color="007367" w:themeColor="accent1"/>
          <w:insideV w:val="single" w:sz="8" w:space="0" w:color="007367"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66ABA4" w:themeColor="accent2"/>
        <w:left w:val="single" w:sz="8" w:space="0" w:color="66ABA4" w:themeColor="accent2"/>
        <w:bottom w:val="single" w:sz="8" w:space="0" w:color="66ABA4" w:themeColor="accent2"/>
        <w:right w:val="single" w:sz="8" w:space="0" w:color="66ABA4" w:themeColor="accent2"/>
        <w:insideH w:val="single" w:sz="8" w:space="0" w:color="66ABA4" w:themeColor="accent2"/>
        <w:insideV w:val="single" w:sz="8" w:space="0" w:color="66ABA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ABA4" w:themeColor="accent2"/>
          <w:left w:val="single" w:sz="8" w:space="0" w:color="66ABA4" w:themeColor="accent2"/>
          <w:bottom w:val="single" w:sz="18" w:space="0" w:color="66ABA4" w:themeColor="accent2"/>
          <w:right w:val="single" w:sz="8" w:space="0" w:color="66ABA4" w:themeColor="accent2"/>
          <w:insideH w:val="nil"/>
          <w:insideV w:val="single" w:sz="8" w:space="0" w:color="66ABA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ABA4" w:themeColor="accent2"/>
          <w:left w:val="single" w:sz="8" w:space="0" w:color="66ABA4" w:themeColor="accent2"/>
          <w:bottom w:val="single" w:sz="8" w:space="0" w:color="66ABA4" w:themeColor="accent2"/>
          <w:right w:val="single" w:sz="8" w:space="0" w:color="66ABA4" w:themeColor="accent2"/>
          <w:insideH w:val="nil"/>
          <w:insideV w:val="single" w:sz="8" w:space="0" w:color="66ABA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ABA4" w:themeColor="accent2"/>
          <w:left w:val="single" w:sz="8" w:space="0" w:color="66ABA4" w:themeColor="accent2"/>
          <w:bottom w:val="single" w:sz="8" w:space="0" w:color="66ABA4" w:themeColor="accent2"/>
          <w:right w:val="single" w:sz="8" w:space="0" w:color="66ABA4" w:themeColor="accent2"/>
        </w:tcBorders>
      </w:tcPr>
    </w:tblStylePr>
    <w:tblStylePr w:type="band1Vert">
      <w:tblPr/>
      <w:tcPr>
        <w:tcBorders>
          <w:top w:val="single" w:sz="8" w:space="0" w:color="66ABA4" w:themeColor="accent2"/>
          <w:left w:val="single" w:sz="8" w:space="0" w:color="66ABA4" w:themeColor="accent2"/>
          <w:bottom w:val="single" w:sz="8" w:space="0" w:color="66ABA4" w:themeColor="accent2"/>
          <w:right w:val="single" w:sz="8" w:space="0" w:color="66ABA4" w:themeColor="accent2"/>
        </w:tcBorders>
        <w:shd w:val="clear" w:color="auto" w:fill="D9EAE8" w:themeFill="accent2" w:themeFillTint="3F"/>
      </w:tcPr>
    </w:tblStylePr>
    <w:tblStylePr w:type="band1Horz">
      <w:tblPr/>
      <w:tcPr>
        <w:tcBorders>
          <w:top w:val="single" w:sz="8" w:space="0" w:color="66ABA4" w:themeColor="accent2"/>
          <w:left w:val="single" w:sz="8" w:space="0" w:color="66ABA4" w:themeColor="accent2"/>
          <w:bottom w:val="single" w:sz="8" w:space="0" w:color="66ABA4" w:themeColor="accent2"/>
          <w:right w:val="single" w:sz="8" w:space="0" w:color="66ABA4" w:themeColor="accent2"/>
          <w:insideV w:val="single" w:sz="8" w:space="0" w:color="66ABA4" w:themeColor="accent2"/>
        </w:tcBorders>
        <w:shd w:val="clear" w:color="auto" w:fill="D9EAE8" w:themeFill="accent2" w:themeFillTint="3F"/>
      </w:tcPr>
    </w:tblStylePr>
    <w:tblStylePr w:type="band2Horz">
      <w:tblPr/>
      <w:tcPr>
        <w:tcBorders>
          <w:top w:val="single" w:sz="8" w:space="0" w:color="66ABA4" w:themeColor="accent2"/>
          <w:left w:val="single" w:sz="8" w:space="0" w:color="66ABA4" w:themeColor="accent2"/>
          <w:bottom w:val="single" w:sz="8" w:space="0" w:color="66ABA4" w:themeColor="accent2"/>
          <w:right w:val="single" w:sz="8" w:space="0" w:color="66ABA4" w:themeColor="accent2"/>
          <w:insideV w:val="single" w:sz="8" w:space="0" w:color="66ABA4"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9C7C2" w:themeColor="accent3"/>
        <w:left w:val="single" w:sz="8" w:space="0" w:color="99C7C2" w:themeColor="accent3"/>
        <w:bottom w:val="single" w:sz="8" w:space="0" w:color="99C7C2" w:themeColor="accent3"/>
        <w:right w:val="single" w:sz="8" w:space="0" w:color="99C7C2" w:themeColor="accent3"/>
        <w:insideH w:val="single" w:sz="8" w:space="0" w:color="99C7C2" w:themeColor="accent3"/>
        <w:insideV w:val="single" w:sz="8" w:space="0" w:color="99C7C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C7C2" w:themeColor="accent3"/>
          <w:left w:val="single" w:sz="8" w:space="0" w:color="99C7C2" w:themeColor="accent3"/>
          <w:bottom w:val="single" w:sz="18" w:space="0" w:color="99C7C2" w:themeColor="accent3"/>
          <w:right w:val="single" w:sz="8" w:space="0" w:color="99C7C2" w:themeColor="accent3"/>
          <w:insideH w:val="nil"/>
          <w:insideV w:val="single" w:sz="8" w:space="0" w:color="99C7C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C7C2" w:themeColor="accent3"/>
          <w:left w:val="single" w:sz="8" w:space="0" w:color="99C7C2" w:themeColor="accent3"/>
          <w:bottom w:val="single" w:sz="8" w:space="0" w:color="99C7C2" w:themeColor="accent3"/>
          <w:right w:val="single" w:sz="8" w:space="0" w:color="99C7C2" w:themeColor="accent3"/>
          <w:insideH w:val="nil"/>
          <w:insideV w:val="single" w:sz="8" w:space="0" w:color="99C7C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C7C2" w:themeColor="accent3"/>
          <w:left w:val="single" w:sz="8" w:space="0" w:color="99C7C2" w:themeColor="accent3"/>
          <w:bottom w:val="single" w:sz="8" w:space="0" w:color="99C7C2" w:themeColor="accent3"/>
          <w:right w:val="single" w:sz="8" w:space="0" w:color="99C7C2" w:themeColor="accent3"/>
        </w:tcBorders>
      </w:tcPr>
    </w:tblStylePr>
    <w:tblStylePr w:type="band1Vert">
      <w:tblPr/>
      <w:tcPr>
        <w:tcBorders>
          <w:top w:val="single" w:sz="8" w:space="0" w:color="99C7C2" w:themeColor="accent3"/>
          <w:left w:val="single" w:sz="8" w:space="0" w:color="99C7C2" w:themeColor="accent3"/>
          <w:bottom w:val="single" w:sz="8" w:space="0" w:color="99C7C2" w:themeColor="accent3"/>
          <w:right w:val="single" w:sz="8" w:space="0" w:color="99C7C2" w:themeColor="accent3"/>
        </w:tcBorders>
        <w:shd w:val="clear" w:color="auto" w:fill="E5F1EF" w:themeFill="accent3" w:themeFillTint="3F"/>
      </w:tcPr>
    </w:tblStylePr>
    <w:tblStylePr w:type="band1Horz">
      <w:tblPr/>
      <w:tcPr>
        <w:tcBorders>
          <w:top w:val="single" w:sz="8" w:space="0" w:color="99C7C2" w:themeColor="accent3"/>
          <w:left w:val="single" w:sz="8" w:space="0" w:color="99C7C2" w:themeColor="accent3"/>
          <w:bottom w:val="single" w:sz="8" w:space="0" w:color="99C7C2" w:themeColor="accent3"/>
          <w:right w:val="single" w:sz="8" w:space="0" w:color="99C7C2" w:themeColor="accent3"/>
          <w:insideV w:val="single" w:sz="8" w:space="0" w:color="99C7C2" w:themeColor="accent3"/>
        </w:tcBorders>
        <w:shd w:val="clear" w:color="auto" w:fill="E5F1EF" w:themeFill="accent3" w:themeFillTint="3F"/>
      </w:tcPr>
    </w:tblStylePr>
    <w:tblStylePr w:type="band2Horz">
      <w:tblPr/>
      <w:tcPr>
        <w:tcBorders>
          <w:top w:val="single" w:sz="8" w:space="0" w:color="99C7C2" w:themeColor="accent3"/>
          <w:left w:val="single" w:sz="8" w:space="0" w:color="99C7C2" w:themeColor="accent3"/>
          <w:bottom w:val="single" w:sz="8" w:space="0" w:color="99C7C2" w:themeColor="accent3"/>
          <w:right w:val="single" w:sz="8" w:space="0" w:color="99C7C2" w:themeColor="accent3"/>
          <w:insideV w:val="single" w:sz="8" w:space="0" w:color="99C7C2"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CFE3E0" w:themeColor="accent4"/>
        <w:left w:val="single" w:sz="8" w:space="0" w:color="CFE3E0" w:themeColor="accent4"/>
        <w:bottom w:val="single" w:sz="8" w:space="0" w:color="CFE3E0" w:themeColor="accent4"/>
        <w:right w:val="single" w:sz="8" w:space="0" w:color="CFE3E0" w:themeColor="accent4"/>
        <w:insideH w:val="single" w:sz="8" w:space="0" w:color="CFE3E0" w:themeColor="accent4"/>
        <w:insideV w:val="single" w:sz="8" w:space="0" w:color="CFE3E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FE3E0" w:themeColor="accent4"/>
          <w:left w:val="single" w:sz="8" w:space="0" w:color="CFE3E0" w:themeColor="accent4"/>
          <w:bottom w:val="single" w:sz="18" w:space="0" w:color="CFE3E0" w:themeColor="accent4"/>
          <w:right w:val="single" w:sz="8" w:space="0" w:color="CFE3E0" w:themeColor="accent4"/>
          <w:insideH w:val="nil"/>
          <w:insideV w:val="single" w:sz="8" w:space="0" w:color="CFE3E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FE3E0" w:themeColor="accent4"/>
          <w:left w:val="single" w:sz="8" w:space="0" w:color="CFE3E0" w:themeColor="accent4"/>
          <w:bottom w:val="single" w:sz="8" w:space="0" w:color="CFE3E0" w:themeColor="accent4"/>
          <w:right w:val="single" w:sz="8" w:space="0" w:color="CFE3E0" w:themeColor="accent4"/>
          <w:insideH w:val="nil"/>
          <w:insideV w:val="single" w:sz="8" w:space="0" w:color="CFE3E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FE3E0" w:themeColor="accent4"/>
          <w:left w:val="single" w:sz="8" w:space="0" w:color="CFE3E0" w:themeColor="accent4"/>
          <w:bottom w:val="single" w:sz="8" w:space="0" w:color="CFE3E0" w:themeColor="accent4"/>
          <w:right w:val="single" w:sz="8" w:space="0" w:color="CFE3E0" w:themeColor="accent4"/>
        </w:tcBorders>
      </w:tcPr>
    </w:tblStylePr>
    <w:tblStylePr w:type="band1Vert">
      <w:tblPr/>
      <w:tcPr>
        <w:tcBorders>
          <w:top w:val="single" w:sz="8" w:space="0" w:color="CFE3E0" w:themeColor="accent4"/>
          <w:left w:val="single" w:sz="8" w:space="0" w:color="CFE3E0" w:themeColor="accent4"/>
          <w:bottom w:val="single" w:sz="8" w:space="0" w:color="CFE3E0" w:themeColor="accent4"/>
          <w:right w:val="single" w:sz="8" w:space="0" w:color="CFE3E0" w:themeColor="accent4"/>
        </w:tcBorders>
        <w:shd w:val="clear" w:color="auto" w:fill="F3F8F7" w:themeFill="accent4" w:themeFillTint="3F"/>
      </w:tcPr>
    </w:tblStylePr>
    <w:tblStylePr w:type="band1Horz">
      <w:tblPr/>
      <w:tcPr>
        <w:tcBorders>
          <w:top w:val="single" w:sz="8" w:space="0" w:color="CFE3E0" w:themeColor="accent4"/>
          <w:left w:val="single" w:sz="8" w:space="0" w:color="CFE3E0" w:themeColor="accent4"/>
          <w:bottom w:val="single" w:sz="8" w:space="0" w:color="CFE3E0" w:themeColor="accent4"/>
          <w:right w:val="single" w:sz="8" w:space="0" w:color="CFE3E0" w:themeColor="accent4"/>
          <w:insideV w:val="single" w:sz="8" w:space="0" w:color="CFE3E0" w:themeColor="accent4"/>
        </w:tcBorders>
        <w:shd w:val="clear" w:color="auto" w:fill="F3F8F7" w:themeFill="accent4" w:themeFillTint="3F"/>
      </w:tcPr>
    </w:tblStylePr>
    <w:tblStylePr w:type="band2Horz">
      <w:tblPr/>
      <w:tcPr>
        <w:tcBorders>
          <w:top w:val="single" w:sz="8" w:space="0" w:color="CFE3E0" w:themeColor="accent4"/>
          <w:left w:val="single" w:sz="8" w:space="0" w:color="CFE3E0" w:themeColor="accent4"/>
          <w:bottom w:val="single" w:sz="8" w:space="0" w:color="CFE3E0" w:themeColor="accent4"/>
          <w:right w:val="single" w:sz="8" w:space="0" w:color="CFE3E0" w:themeColor="accent4"/>
          <w:insideV w:val="single" w:sz="8" w:space="0" w:color="CFE3E0"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00544B" w:themeColor="accent5"/>
        <w:left w:val="single" w:sz="8" w:space="0" w:color="00544B" w:themeColor="accent5"/>
        <w:bottom w:val="single" w:sz="8" w:space="0" w:color="00544B" w:themeColor="accent5"/>
        <w:right w:val="single" w:sz="8" w:space="0" w:color="00544B" w:themeColor="accent5"/>
        <w:insideH w:val="single" w:sz="8" w:space="0" w:color="00544B" w:themeColor="accent5"/>
        <w:insideV w:val="single" w:sz="8" w:space="0" w:color="00544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44B" w:themeColor="accent5"/>
          <w:left w:val="single" w:sz="8" w:space="0" w:color="00544B" w:themeColor="accent5"/>
          <w:bottom w:val="single" w:sz="18" w:space="0" w:color="00544B" w:themeColor="accent5"/>
          <w:right w:val="single" w:sz="8" w:space="0" w:color="00544B" w:themeColor="accent5"/>
          <w:insideH w:val="nil"/>
          <w:insideV w:val="single" w:sz="8" w:space="0" w:color="00544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44B" w:themeColor="accent5"/>
          <w:left w:val="single" w:sz="8" w:space="0" w:color="00544B" w:themeColor="accent5"/>
          <w:bottom w:val="single" w:sz="8" w:space="0" w:color="00544B" w:themeColor="accent5"/>
          <w:right w:val="single" w:sz="8" w:space="0" w:color="00544B" w:themeColor="accent5"/>
          <w:insideH w:val="nil"/>
          <w:insideV w:val="single" w:sz="8" w:space="0" w:color="00544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44B" w:themeColor="accent5"/>
          <w:left w:val="single" w:sz="8" w:space="0" w:color="00544B" w:themeColor="accent5"/>
          <w:bottom w:val="single" w:sz="8" w:space="0" w:color="00544B" w:themeColor="accent5"/>
          <w:right w:val="single" w:sz="8" w:space="0" w:color="00544B" w:themeColor="accent5"/>
        </w:tcBorders>
      </w:tcPr>
    </w:tblStylePr>
    <w:tblStylePr w:type="band1Vert">
      <w:tblPr/>
      <w:tcPr>
        <w:tcBorders>
          <w:top w:val="single" w:sz="8" w:space="0" w:color="00544B" w:themeColor="accent5"/>
          <w:left w:val="single" w:sz="8" w:space="0" w:color="00544B" w:themeColor="accent5"/>
          <w:bottom w:val="single" w:sz="8" w:space="0" w:color="00544B" w:themeColor="accent5"/>
          <w:right w:val="single" w:sz="8" w:space="0" w:color="00544B" w:themeColor="accent5"/>
        </w:tcBorders>
        <w:shd w:val="clear" w:color="auto" w:fill="95FFF3" w:themeFill="accent5" w:themeFillTint="3F"/>
      </w:tcPr>
    </w:tblStylePr>
    <w:tblStylePr w:type="band1Horz">
      <w:tblPr/>
      <w:tcPr>
        <w:tcBorders>
          <w:top w:val="single" w:sz="8" w:space="0" w:color="00544B" w:themeColor="accent5"/>
          <w:left w:val="single" w:sz="8" w:space="0" w:color="00544B" w:themeColor="accent5"/>
          <w:bottom w:val="single" w:sz="8" w:space="0" w:color="00544B" w:themeColor="accent5"/>
          <w:right w:val="single" w:sz="8" w:space="0" w:color="00544B" w:themeColor="accent5"/>
          <w:insideV w:val="single" w:sz="8" w:space="0" w:color="00544B" w:themeColor="accent5"/>
        </w:tcBorders>
        <w:shd w:val="clear" w:color="auto" w:fill="95FFF3" w:themeFill="accent5" w:themeFillTint="3F"/>
      </w:tcPr>
    </w:tblStylePr>
    <w:tblStylePr w:type="band2Horz">
      <w:tblPr/>
      <w:tcPr>
        <w:tcBorders>
          <w:top w:val="single" w:sz="8" w:space="0" w:color="00544B" w:themeColor="accent5"/>
          <w:left w:val="single" w:sz="8" w:space="0" w:color="00544B" w:themeColor="accent5"/>
          <w:bottom w:val="single" w:sz="8" w:space="0" w:color="00544B" w:themeColor="accent5"/>
          <w:right w:val="single" w:sz="8" w:space="0" w:color="00544B" w:themeColor="accent5"/>
          <w:insideV w:val="single" w:sz="8" w:space="0" w:color="00544B"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2F2F2" w:themeColor="accent6"/>
        <w:left w:val="single" w:sz="8" w:space="0" w:color="F2F2F2" w:themeColor="accent6"/>
        <w:bottom w:val="single" w:sz="8" w:space="0" w:color="F2F2F2" w:themeColor="accent6"/>
        <w:right w:val="single" w:sz="8" w:space="0" w:color="F2F2F2" w:themeColor="accent6"/>
        <w:insideH w:val="single" w:sz="8" w:space="0" w:color="F2F2F2" w:themeColor="accent6"/>
        <w:insideV w:val="single" w:sz="8" w:space="0" w:color="F2F2F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2F2" w:themeColor="accent6"/>
          <w:left w:val="single" w:sz="8" w:space="0" w:color="F2F2F2" w:themeColor="accent6"/>
          <w:bottom w:val="single" w:sz="18" w:space="0" w:color="F2F2F2" w:themeColor="accent6"/>
          <w:right w:val="single" w:sz="8" w:space="0" w:color="F2F2F2" w:themeColor="accent6"/>
          <w:insideH w:val="nil"/>
          <w:insideV w:val="single" w:sz="8" w:space="0" w:color="F2F2F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2F2" w:themeColor="accent6"/>
          <w:left w:val="single" w:sz="8" w:space="0" w:color="F2F2F2" w:themeColor="accent6"/>
          <w:bottom w:val="single" w:sz="8" w:space="0" w:color="F2F2F2" w:themeColor="accent6"/>
          <w:right w:val="single" w:sz="8" w:space="0" w:color="F2F2F2" w:themeColor="accent6"/>
          <w:insideH w:val="nil"/>
          <w:insideV w:val="single" w:sz="8" w:space="0" w:color="F2F2F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2F2" w:themeColor="accent6"/>
          <w:left w:val="single" w:sz="8" w:space="0" w:color="F2F2F2" w:themeColor="accent6"/>
          <w:bottom w:val="single" w:sz="8" w:space="0" w:color="F2F2F2" w:themeColor="accent6"/>
          <w:right w:val="single" w:sz="8" w:space="0" w:color="F2F2F2" w:themeColor="accent6"/>
        </w:tcBorders>
      </w:tcPr>
    </w:tblStylePr>
    <w:tblStylePr w:type="band1Vert">
      <w:tblPr/>
      <w:tcPr>
        <w:tcBorders>
          <w:top w:val="single" w:sz="8" w:space="0" w:color="F2F2F2" w:themeColor="accent6"/>
          <w:left w:val="single" w:sz="8" w:space="0" w:color="F2F2F2" w:themeColor="accent6"/>
          <w:bottom w:val="single" w:sz="8" w:space="0" w:color="F2F2F2" w:themeColor="accent6"/>
          <w:right w:val="single" w:sz="8" w:space="0" w:color="F2F2F2" w:themeColor="accent6"/>
        </w:tcBorders>
        <w:shd w:val="clear" w:color="auto" w:fill="FBFBFB" w:themeFill="accent6" w:themeFillTint="3F"/>
      </w:tcPr>
    </w:tblStylePr>
    <w:tblStylePr w:type="band1Horz">
      <w:tblPr/>
      <w:tcPr>
        <w:tcBorders>
          <w:top w:val="single" w:sz="8" w:space="0" w:color="F2F2F2" w:themeColor="accent6"/>
          <w:left w:val="single" w:sz="8" w:space="0" w:color="F2F2F2" w:themeColor="accent6"/>
          <w:bottom w:val="single" w:sz="8" w:space="0" w:color="F2F2F2" w:themeColor="accent6"/>
          <w:right w:val="single" w:sz="8" w:space="0" w:color="F2F2F2" w:themeColor="accent6"/>
          <w:insideV w:val="single" w:sz="8" w:space="0" w:color="F2F2F2" w:themeColor="accent6"/>
        </w:tcBorders>
        <w:shd w:val="clear" w:color="auto" w:fill="FBFBFB" w:themeFill="accent6" w:themeFillTint="3F"/>
      </w:tcPr>
    </w:tblStylePr>
    <w:tblStylePr w:type="band2Horz">
      <w:tblPr/>
      <w:tcPr>
        <w:tcBorders>
          <w:top w:val="single" w:sz="8" w:space="0" w:color="F2F2F2" w:themeColor="accent6"/>
          <w:left w:val="single" w:sz="8" w:space="0" w:color="F2F2F2" w:themeColor="accent6"/>
          <w:bottom w:val="single" w:sz="8" w:space="0" w:color="F2F2F2" w:themeColor="accent6"/>
          <w:right w:val="single" w:sz="8" w:space="0" w:color="F2F2F2" w:themeColor="accent6"/>
          <w:insideV w:val="single" w:sz="8" w:space="0" w:color="F2F2F2"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00D6BF" w:themeColor="accent1" w:themeTint="BF"/>
        <w:left w:val="single" w:sz="8" w:space="0" w:color="00D6BF" w:themeColor="accent1" w:themeTint="BF"/>
        <w:bottom w:val="single" w:sz="8" w:space="0" w:color="00D6BF" w:themeColor="accent1" w:themeTint="BF"/>
        <w:right w:val="single" w:sz="8" w:space="0" w:color="00D6BF" w:themeColor="accent1" w:themeTint="BF"/>
        <w:insideH w:val="single" w:sz="8" w:space="0" w:color="00D6BF" w:themeColor="accent1" w:themeTint="BF"/>
      </w:tblBorders>
    </w:tblPr>
    <w:tblStylePr w:type="firstRow">
      <w:pPr>
        <w:spacing w:before="0" w:after="0" w:line="240" w:lineRule="auto"/>
      </w:pPr>
      <w:rPr>
        <w:b/>
        <w:bCs/>
        <w:color w:val="FFFFFF" w:themeColor="background1"/>
      </w:rPr>
      <w:tblPr/>
      <w:tcPr>
        <w:tcBorders>
          <w:top w:val="single" w:sz="8" w:space="0" w:color="00D6BF" w:themeColor="accent1" w:themeTint="BF"/>
          <w:left w:val="single" w:sz="8" w:space="0" w:color="00D6BF" w:themeColor="accent1" w:themeTint="BF"/>
          <w:bottom w:val="single" w:sz="8" w:space="0" w:color="00D6BF" w:themeColor="accent1" w:themeTint="BF"/>
          <w:right w:val="single" w:sz="8" w:space="0" w:color="00D6BF" w:themeColor="accent1" w:themeTint="BF"/>
          <w:insideH w:val="nil"/>
          <w:insideV w:val="nil"/>
        </w:tcBorders>
        <w:shd w:val="clear" w:color="auto" w:fill="007367" w:themeFill="accent1"/>
      </w:tcPr>
    </w:tblStylePr>
    <w:tblStylePr w:type="lastRow">
      <w:pPr>
        <w:spacing w:before="0" w:after="0" w:line="240" w:lineRule="auto"/>
      </w:pPr>
      <w:rPr>
        <w:b/>
        <w:bCs/>
      </w:rPr>
      <w:tblPr/>
      <w:tcPr>
        <w:tcBorders>
          <w:top w:val="double" w:sz="6" w:space="0" w:color="00D6BF" w:themeColor="accent1" w:themeTint="BF"/>
          <w:left w:val="single" w:sz="8" w:space="0" w:color="00D6BF" w:themeColor="accent1" w:themeTint="BF"/>
          <w:bottom w:val="single" w:sz="8" w:space="0" w:color="00D6BF" w:themeColor="accent1" w:themeTint="BF"/>
          <w:right w:val="single" w:sz="8" w:space="0" w:color="00D6BF" w:themeColor="accent1" w:themeTint="BF"/>
          <w:insideH w:val="nil"/>
          <w:insideV w:val="nil"/>
        </w:tcBorders>
      </w:tcPr>
    </w:tblStylePr>
    <w:tblStylePr w:type="firstCol">
      <w:rPr>
        <w:b/>
        <w:bCs/>
      </w:rPr>
    </w:tblStylePr>
    <w:tblStylePr w:type="lastCol">
      <w:rPr>
        <w:b/>
        <w:bCs/>
      </w:rPr>
    </w:tblStylePr>
    <w:tblStylePr w:type="band1Vert">
      <w:tblPr/>
      <w:tcPr>
        <w:shd w:val="clear" w:color="auto" w:fill="9DFFF4" w:themeFill="accent1" w:themeFillTint="3F"/>
      </w:tcPr>
    </w:tblStylePr>
    <w:tblStylePr w:type="band1Horz">
      <w:tblPr/>
      <w:tcPr>
        <w:tcBorders>
          <w:insideH w:val="nil"/>
          <w:insideV w:val="nil"/>
        </w:tcBorders>
        <w:shd w:val="clear" w:color="auto" w:fill="9DFFF4"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8CC0BA" w:themeColor="accent2" w:themeTint="BF"/>
        <w:left w:val="single" w:sz="8" w:space="0" w:color="8CC0BA" w:themeColor="accent2" w:themeTint="BF"/>
        <w:bottom w:val="single" w:sz="8" w:space="0" w:color="8CC0BA" w:themeColor="accent2" w:themeTint="BF"/>
        <w:right w:val="single" w:sz="8" w:space="0" w:color="8CC0BA" w:themeColor="accent2" w:themeTint="BF"/>
        <w:insideH w:val="single" w:sz="8" w:space="0" w:color="8CC0BA" w:themeColor="accent2" w:themeTint="BF"/>
      </w:tblBorders>
    </w:tblPr>
    <w:tblStylePr w:type="firstRow">
      <w:pPr>
        <w:spacing w:before="0" w:after="0" w:line="240" w:lineRule="auto"/>
      </w:pPr>
      <w:rPr>
        <w:b/>
        <w:bCs/>
        <w:color w:val="FFFFFF" w:themeColor="background1"/>
      </w:rPr>
      <w:tblPr/>
      <w:tcPr>
        <w:tcBorders>
          <w:top w:val="single" w:sz="8" w:space="0" w:color="8CC0BA" w:themeColor="accent2" w:themeTint="BF"/>
          <w:left w:val="single" w:sz="8" w:space="0" w:color="8CC0BA" w:themeColor="accent2" w:themeTint="BF"/>
          <w:bottom w:val="single" w:sz="8" w:space="0" w:color="8CC0BA" w:themeColor="accent2" w:themeTint="BF"/>
          <w:right w:val="single" w:sz="8" w:space="0" w:color="8CC0BA" w:themeColor="accent2" w:themeTint="BF"/>
          <w:insideH w:val="nil"/>
          <w:insideV w:val="nil"/>
        </w:tcBorders>
        <w:shd w:val="clear" w:color="auto" w:fill="66ABA4" w:themeFill="accent2"/>
      </w:tcPr>
    </w:tblStylePr>
    <w:tblStylePr w:type="lastRow">
      <w:pPr>
        <w:spacing w:before="0" w:after="0" w:line="240" w:lineRule="auto"/>
      </w:pPr>
      <w:rPr>
        <w:b/>
        <w:bCs/>
      </w:rPr>
      <w:tblPr/>
      <w:tcPr>
        <w:tcBorders>
          <w:top w:val="double" w:sz="6" w:space="0" w:color="8CC0BA" w:themeColor="accent2" w:themeTint="BF"/>
          <w:left w:val="single" w:sz="8" w:space="0" w:color="8CC0BA" w:themeColor="accent2" w:themeTint="BF"/>
          <w:bottom w:val="single" w:sz="8" w:space="0" w:color="8CC0BA" w:themeColor="accent2" w:themeTint="BF"/>
          <w:right w:val="single" w:sz="8" w:space="0" w:color="8CC0BA"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EAE8" w:themeFill="accent2" w:themeFillTint="3F"/>
      </w:tcPr>
    </w:tblStylePr>
    <w:tblStylePr w:type="band1Horz">
      <w:tblPr/>
      <w:tcPr>
        <w:tcBorders>
          <w:insideH w:val="nil"/>
          <w:insideV w:val="nil"/>
        </w:tcBorders>
        <w:shd w:val="clear" w:color="auto" w:fill="D9EAE8"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2D5D1" w:themeColor="accent3" w:themeTint="BF"/>
        <w:left w:val="single" w:sz="8" w:space="0" w:color="B2D5D1" w:themeColor="accent3" w:themeTint="BF"/>
        <w:bottom w:val="single" w:sz="8" w:space="0" w:color="B2D5D1" w:themeColor="accent3" w:themeTint="BF"/>
        <w:right w:val="single" w:sz="8" w:space="0" w:color="B2D5D1" w:themeColor="accent3" w:themeTint="BF"/>
        <w:insideH w:val="single" w:sz="8" w:space="0" w:color="B2D5D1" w:themeColor="accent3" w:themeTint="BF"/>
      </w:tblBorders>
    </w:tblPr>
    <w:tblStylePr w:type="firstRow">
      <w:pPr>
        <w:spacing w:before="0" w:after="0" w:line="240" w:lineRule="auto"/>
      </w:pPr>
      <w:rPr>
        <w:b/>
        <w:bCs/>
        <w:color w:val="FFFFFF" w:themeColor="background1"/>
      </w:rPr>
      <w:tblPr/>
      <w:tcPr>
        <w:tcBorders>
          <w:top w:val="single" w:sz="8" w:space="0" w:color="B2D5D1" w:themeColor="accent3" w:themeTint="BF"/>
          <w:left w:val="single" w:sz="8" w:space="0" w:color="B2D5D1" w:themeColor="accent3" w:themeTint="BF"/>
          <w:bottom w:val="single" w:sz="8" w:space="0" w:color="B2D5D1" w:themeColor="accent3" w:themeTint="BF"/>
          <w:right w:val="single" w:sz="8" w:space="0" w:color="B2D5D1" w:themeColor="accent3" w:themeTint="BF"/>
          <w:insideH w:val="nil"/>
          <w:insideV w:val="nil"/>
        </w:tcBorders>
        <w:shd w:val="clear" w:color="auto" w:fill="99C7C2" w:themeFill="accent3"/>
      </w:tcPr>
    </w:tblStylePr>
    <w:tblStylePr w:type="lastRow">
      <w:pPr>
        <w:spacing w:before="0" w:after="0" w:line="240" w:lineRule="auto"/>
      </w:pPr>
      <w:rPr>
        <w:b/>
        <w:bCs/>
      </w:rPr>
      <w:tblPr/>
      <w:tcPr>
        <w:tcBorders>
          <w:top w:val="double" w:sz="6" w:space="0" w:color="B2D5D1" w:themeColor="accent3" w:themeTint="BF"/>
          <w:left w:val="single" w:sz="8" w:space="0" w:color="B2D5D1" w:themeColor="accent3" w:themeTint="BF"/>
          <w:bottom w:val="single" w:sz="8" w:space="0" w:color="B2D5D1" w:themeColor="accent3" w:themeTint="BF"/>
          <w:right w:val="single" w:sz="8" w:space="0" w:color="B2D5D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F1EF" w:themeFill="accent3" w:themeFillTint="3F"/>
      </w:tcPr>
    </w:tblStylePr>
    <w:tblStylePr w:type="band1Horz">
      <w:tblPr/>
      <w:tcPr>
        <w:tcBorders>
          <w:insideH w:val="nil"/>
          <w:insideV w:val="nil"/>
        </w:tcBorders>
        <w:shd w:val="clear" w:color="auto" w:fill="E5F1EF"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DBEAE7" w:themeColor="accent4" w:themeTint="BF"/>
        <w:left w:val="single" w:sz="8" w:space="0" w:color="DBEAE7" w:themeColor="accent4" w:themeTint="BF"/>
        <w:bottom w:val="single" w:sz="8" w:space="0" w:color="DBEAE7" w:themeColor="accent4" w:themeTint="BF"/>
        <w:right w:val="single" w:sz="8" w:space="0" w:color="DBEAE7" w:themeColor="accent4" w:themeTint="BF"/>
        <w:insideH w:val="single" w:sz="8" w:space="0" w:color="DBEAE7" w:themeColor="accent4" w:themeTint="BF"/>
      </w:tblBorders>
    </w:tblPr>
    <w:tblStylePr w:type="firstRow">
      <w:pPr>
        <w:spacing w:before="0" w:after="0" w:line="240" w:lineRule="auto"/>
      </w:pPr>
      <w:rPr>
        <w:b/>
        <w:bCs/>
        <w:color w:val="FFFFFF" w:themeColor="background1"/>
      </w:rPr>
      <w:tblPr/>
      <w:tcPr>
        <w:tcBorders>
          <w:top w:val="single" w:sz="8" w:space="0" w:color="DBEAE7" w:themeColor="accent4" w:themeTint="BF"/>
          <w:left w:val="single" w:sz="8" w:space="0" w:color="DBEAE7" w:themeColor="accent4" w:themeTint="BF"/>
          <w:bottom w:val="single" w:sz="8" w:space="0" w:color="DBEAE7" w:themeColor="accent4" w:themeTint="BF"/>
          <w:right w:val="single" w:sz="8" w:space="0" w:color="DBEAE7" w:themeColor="accent4" w:themeTint="BF"/>
          <w:insideH w:val="nil"/>
          <w:insideV w:val="nil"/>
        </w:tcBorders>
        <w:shd w:val="clear" w:color="auto" w:fill="CFE3E0" w:themeFill="accent4"/>
      </w:tcPr>
    </w:tblStylePr>
    <w:tblStylePr w:type="lastRow">
      <w:pPr>
        <w:spacing w:before="0" w:after="0" w:line="240" w:lineRule="auto"/>
      </w:pPr>
      <w:rPr>
        <w:b/>
        <w:bCs/>
      </w:rPr>
      <w:tblPr/>
      <w:tcPr>
        <w:tcBorders>
          <w:top w:val="double" w:sz="6" w:space="0" w:color="DBEAE7" w:themeColor="accent4" w:themeTint="BF"/>
          <w:left w:val="single" w:sz="8" w:space="0" w:color="DBEAE7" w:themeColor="accent4" w:themeTint="BF"/>
          <w:bottom w:val="single" w:sz="8" w:space="0" w:color="DBEAE7" w:themeColor="accent4" w:themeTint="BF"/>
          <w:right w:val="single" w:sz="8" w:space="0" w:color="DBEAE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F8F7" w:themeFill="accent4" w:themeFillTint="3F"/>
      </w:tcPr>
    </w:tblStylePr>
    <w:tblStylePr w:type="band1Horz">
      <w:tblPr/>
      <w:tcPr>
        <w:tcBorders>
          <w:insideH w:val="nil"/>
          <w:insideV w:val="nil"/>
        </w:tcBorders>
        <w:shd w:val="clear" w:color="auto" w:fill="F3F8F7"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00BEA9" w:themeColor="accent5" w:themeTint="BF"/>
        <w:left w:val="single" w:sz="8" w:space="0" w:color="00BEA9" w:themeColor="accent5" w:themeTint="BF"/>
        <w:bottom w:val="single" w:sz="8" w:space="0" w:color="00BEA9" w:themeColor="accent5" w:themeTint="BF"/>
        <w:right w:val="single" w:sz="8" w:space="0" w:color="00BEA9" w:themeColor="accent5" w:themeTint="BF"/>
        <w:insideH w:val="single" w:sz="8" w:space="0" w:color="00BEA9" w:themeColor="accent5" w:themeTint="BF"/>
      </w:tblBorders>
    </w:tblPr>
    <w:tblStylePr w:type="firstRow">
      <w:pPr>
        <w:spacing w:before="0" w:after="0" w:line="240" w:lineRule="auto"/>
      </w:pPr>
      <w:rPr>
        <w:b/>
        <w:bCs/>
        <w:color w:val="FFFFFF" w:themeColor="background1"/>
      </w:rPr>
      <w:tblPr/>
      <w:tcPr>
        <w:tcBorders>
          <w:top w:val="single" w:sz="8" w:space="0" w:color="00BEA9" w:themeColor="accent5" w:themeTint="BF"/>
          <w:left w:val="single" w:sz="8" w:space="0" w:color="00BEA9" w:themeColor="accent5" w:themeTint="BF"/>
          <w:bottom w:val="single" w:sz="8" w:space="0" w:color="00BEA9" w:themeColor="accent5" w:themeTint="BF"/>
          <w:right w:val="single" w:sz="8" w:space="0" w:color="00BEA9" w:themeColor="accent5" w:themeTint="BF"/>
          <w:insideH w:val="nil"/>
          <w:insideV w:val="nil"/>
        </w:tcBorders>
        <w:shd w:val="clear" w:color="auto" w:fill="00544B" w:themeFill="accent5"/>
      </w:tcPr>
    </w:tblStylePr>
    <w:tblStylePr w:type="lastRow">
      <w:pPr>
        <w:spacing w:before="0" w:after="0" w:line="240" w:lineRule="auto"/>
      </w:pPr>
      <w:rPr>
        <w:b/>
        <w:bCs/>
      </w:rPr>
      <w:tblPr/>
      <w:tcPr>
        <w:tcBorders>
          <w:top w:val="double" w:sz="6" w:space="0" w:color="00BEA9" w:themeColor="accent5" w:themeTint="BF"/>
          <w:left w:val="single" w:sz="8" w:space="0" w:color="00BEA9" w:themeColor="accent5" w:themeTint="BF"/>
          <w:bottom w:val="single" w:sz="8" w:space="0" w:color="00BEA9" w:themeColor="accent5" w:themeTint="BF"/>
          <w:right w:val="single" w:sz="8" w:space="0" w:color="00BEA9" w:themeColor="accent5" w:themeTint="BF"/>
          <w:insideH w:val="nil"/>
          <w:insideV w:val="nil"/>
        </w:tcBorders>
      </w:tcPr>
    </w:tblStylePr>
    <w:tblStylePr w:type="firstCol">
      <w:rPr>
        <w:b/>
        <w:bCs/>
      </w:rPr>
    </w:tblStylePr>
    <w:tblStylePr w:type="lastCol">
      <w:rPr>
        <w:b/>
        <w:bCs/>
      </w:rPr>
    </w:tblStylePr>
    <w:tblStylePr w:type="band1Vert">
      <w:tblPr/>
      <w:tcPr>
        <w:shd w:val="clear" w:color="auto" w:fill="95FFF3" w:themeFill="accent5" w:themeFillTint="3F"/>
      </w:tcPr>
    </w:tblStylePr>
    <w:tblStylePr w:type="band1Horz">
      <w:tblPr/>
      <w:tcPr>
        <w:tcBorders>
          <w:insideH w:val="nil"/>
          <w:insideV w:val="nil"/>
        </w:tcBorders>
        <w:shd w:val="clear" w:color="auto" w:fill="95FFF3"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5F5F5" w:themeColor="accent6" w:themeTint="BF"/>
        <w:left w:val="single" w:sz="8" w:space="0" w:color="F5F5F5" w:themeColor="accent6" w:themeTint="BF"/>
        <w:bottom w:val="single" w:sz="8" w:space="0" w:color="F5F5F5" w:themeColor="accent6" w:themeTint="BF"/>
        <w:right w:val="single" w:sz="8" w:space="0" w:color="F5F5F5" w:themeColor="accent6" w:themeTint="BF"/>
        <w:insideH w:val="single" w:sz="8" w:space="0" w:color="F5F5F5" w:themeColor="accent6" w:themeTint="BF"/>
      </w:tblBorders>
    </w:tblPr>
    <w:tblStylePr w:type="firstRow">
      <w:pPr>
        <w:spacing w:before="0" w:after="0" w:line="240" w:lineRule="auto"/>
      </w:pPr>
      <w:rPr>
        <w:b/>
        <w:bCs/>
        <w:color w:val="FFFFFF" w:themeColor="background1"/>
      </w:rPr>
      <w:tblPr/>
      <w:tcPr>
        <w:tcBorders>
          <w:top w:val="single" w:sz="8" w:space="0" w:color="F5F5F5" w:themeColor="accent6" w:themeTint="BF"/>
          <w:left w:val="single" w:sz="8" w:space="0" w:color="F5F5F5" w:themeColor="accent6" w:themeTint="BF"/>
          <w:bottom w:val="single" w:sz="8" w:space="0" w:color="F5F5F5" w:themeColor="accent6" w:themeTint="BF"/>
          <w:right w:val="single" w:sz="8" w:space="0" w:color="F5F5F5" w:themeColor="accent6" w:themeTint="BF"/>
          <w:insideH w:val="nil"/>
          <w:insideV w:val="nil"/>
        </w:tcBorders>
        <w:shd w:val="clear" w:color="auto" w:fill="F2F2F2" w:themeFill="accent6"/>
      </w:tcPr>
    </w:tblStylePr>
    <w:tblStylePr w:type="lastRow">
      <w:pPr>
        <w:spacing w:before="0" w:after="0" w:line="240" w:lineRule="auto"/>
      </w:pPr>
      <w:rPr>
        <w:b/>
        <w:bCs/>
      </w:rPr>
      <w:tblPr/>
      <w:tcPr>
        <w:tcBorders>
          <w:top w:val="double" w:sz="6" w:space="0" w:color="F5F5F5" w:themeColor="accent6" w:themeTint="BF"/>
          <w:left w:val="single" w:sz="8" w:space="0" w:color="F5F5F5" w:themeColor="accent6" w:themeTint="BF"/>
          <w:bottom w:val="single" w:sz="8" w:space="0" w:color="F5F5F5" w:themeColor="accent6" w:themeTint="BF"/>
          <w:right w:val="single" w:sz="8" w:space="0" w:color="F5F5F5"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BFB" w:themeFill="accent6" w:themeFillTint="3F"/>
      </w:tcPr>
    </w:tblStylePr>
    <w:tblStylePr w:type="band1Horz">
      <w:tblPr/>
      <w:tcPr>
        <w:tcBorders>
          <w:insideH w:val="nil"/>
          <w:insideV w:val="nil"/>
        </w:tcBorders>
        <w:shd w:val="clear" w:color="auto" w:fill="FBFBFB"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36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367" w:themeFill="accent1"/>
      </w:tcPr>
    </w:tblStylePr>
    <w:tblStylePr w:type="lastCol">
      <w:rPr>
        <w:b/>
        <w:bCs/>
        <w:color w:val="FFFFFF" w:themeColor="background1"/>
      </w:rPr>
      <w:tblPr/>
      <w:tcPr>
        <w:tcBorders>
          <w:left w:val="nil"/>
          <w:right w:val="nil"/>
          <w:insideH w:val="nil"/>
          <w:insideV w:val="nil"/>
        </w:tcBorders>
        <w:shd w:val="clear" w:color="auto" w:fill="00736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ABA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ABA4" w:themeFill="accent2"/>
      </w:tcPr>
    </w:tblStylePr>
    <w:tblStylePr w:type="lastCol">
      <w:rPr>
        <w:b/>
        <w:bCs/>
        <w:color w:val="FFFFFF" w:themeColor="background1"/>
      </w:rPr>
      <w:tblPr/>
      <w:tcPr>
        <w:tcBorders>
          <w:left w:val="nil"/>
          <w:right w:val="nil"/>
          <w:insideH w:val="nil"/>
          <w:insideV w:val="nil"/>
        </w:tcBorders>
        <w:shd w:val="clear" w:color="auto" w:fill="66ABA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C7C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C7C2" w:themeFill="accent3"/>
      </w:tcPr>
    </w:tblStylePr>
    <w:tblStylePr w:type="lastCol">
      <w:rPr>
        <w:b/>
        <w:bCs/>
        <w:color w:val="FFFFFF" w:themeColor="background1"/>
      </w:rPr>
      <w:tblPr/>
      <w:tcPr>
        <w:tcBorders>
          <w:left w:val="nil"/>
          <w:right w:val="nil"/>
          <w:insideH w:val="nil"/>
          <w:insideV w:val="nil"/>
        </w:tcBorders>
        <w:shd w:val="clear" w:color="auto" w:fill="99C7C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FE3E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FE3E0" w:themeFill="accent4"/>
      </w:tcPr>
    </w:tblStylePr>
    <w:tblStylePr w:type="lastCol">
      <w:rPr>
        <w:b/>
        <w:bCs/>
        <w:color w:val="FFFFFF" w:themeColor="background1"/>
      </w:rPr>
      <w:tblPr/>
      <w:tcPr>
        <w:tcBorders>
          <w:left w:val="nil"/>
          <w:right w:val="nil"/>
          <w:insideH w:val="nil"/>
          <w:insideV w:val="nil"/>
        </w:tcBorders>
        <w:shd w:val="clear" w:color="auto" w:fill="CFE3E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44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44B" w:themeFill="accent5"/>
      </w:tcPr>
    </w:tblStylePr>
    <w:tblStylePr w:type="lastCol">
      <w:rPr>
        <w:b/>
        <w:bCs/>
        <w:color w:val="FFFFFF" w:themeColor="background1"/>
      </w:rPr>
      <w:tblPr/>
      <w:tcPr>
        <w:tcBorders>
          <w:left w:val="nil"/>
          <w:right w:val="nil"/>
          <w:insideH w:val="nil"/>
          <w:insideV w:val="nil"/>
        </w:tcBorders>
        <w:shd w:val="clear" w:color="auto" w:fill="00544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2F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2F2" w:themeFill="accent6"/>
      </w:tcPr>
    </w:tblStylePr>
    <w:tblStylePr w:type="lastCol">
      <w:rPr>
        <w:b/>
        <w:bCs/>
        <w:color w:val="FFFFFF" w:themeColor="background1"/>
      </w:rPr>
      <w:tblPr/>
      <w:tcPr>
        <w:tcBorders>
          <w:left w:val="nil"/>
          <w:right w:val="nil"/>
          <w:insideH w:val="nil"/>
          <w:insideV w:val="nil"/>
        </w:tcBorders>
        <w:shd w:val="clear" w:color="auto" w:fill="F2F2F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C4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007367" w:themeColor="accent1"/>
        <w:bottom w:val="single" w:sz="8" w:space="0" w:color="007367" w:themeColor="accent1"/>
      </w:tblBorders>
    </w:tblPr>
    <w:tblStylePr w:type="firstRow">
      <w:rPr>
        <w:rFonts w:asciiTheme="majorHAnsi" w:eastAsiaTheme="majorEastAsia" w:hAnsiTheme="majorHAnsi" w:cstheme="majorBidi"/>
      </w:rPr>
      <w:tblPr/>
      <w:tcPr>
        <w:tcBorders>
          <w:top w:val="nil"/>
          <w:bottom w:val="single" w:sz="8" w:space="0" w:color="007367" w:themeColor="accent1"/>
        </w:tcBorders>
      </w:tcPr>
    </w:tblStylePr>
    <w:tblStylePr w:type="lastRow">
      <w:rPr>
        <w:b/>
        <w:bCs/>
        <w:color w:val="2C3C43" w:themeColor="text2"/>
      </w:rPr>
      <w:tblPr/>
      <w:tcPr>
        <w:tcBorders>
          <w:top w:val="single" w:sz="8" w:space="0" w:color="007367" w:themeColor="accent1"/>
          <w:bottom w:val="single" w:sz="8" w:space="0" w:color="007367" w:themeColor="accent1"/>
        </w:tcBorders>
      </w:tcPr>
    </w:tblStylePr>
    <w:tblStylePr w:type="firstCol">
      <w:rPr>
        <w:b/>
        <w:bCs/>
      </w:rPr>
    </w:tblStylePr>
    <w:tblStylePr w:type="lastCol">
      <w:rPr>
        <w:b/>
        <w:bCs/>
      </w:rPr>
      <w:tblPr/>
      <w:tcPr>
        <w:tcBorders>
          <w:top w:val="single" w:sz="8" w:space="0" w:color="007367" w:themeColor="accent1"/>
          <w:bottom w:val="single" w:sz="8" w:space="0" w:color="007367" w:themeColor="accent1"/>
        </w:tcBorders>
      </w:tcPr>
    </w:tblStylePr>
    <w:tblStylePr w:type="band1Vert">
      <w:tblPr/>
      <w:tcPr>
        <w:shd w:val="clear" w:color="auto" w:fill="9DFFF4" w:themeFill="accent1" w:themeFillTint="3F"/>
      </w:tcPr>
    </w:tblStylePr>
    <w:tblStylePr w:type="band1Horz">
      <w:tblPr/>
      <w:tcPr>
        <w:shd w:val="clear" w:color="auto" w:fill="9DFFF4"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66ABA4" w:themeColor="accent2"/>
        <w:bottom w:val="single" w:sz="8" w:space="0" w:color="66ABA4" w:themeColor="accent2"/>
      </w:tblBorders>
    </w:tblPr>
    <w:tblStylePr w:type="firstRow">
      <w:rPr>
        <w:rFonts w:asciiTheme="majorHAnsi" w:eastAsiaTheme="majorEastAsia" w:hAnsiTheme="majorHAnsi" w:cstheme="majorBidi"/>
      </w:rPr>
      <w:tblPr/>
      <w:tcPr>
        <w:tcBorders>
          <w:top w:val="nil"/>
          <w:bottom w:val="single" w:sz="8" w:space="0" w:color="66ABA4" w:themeColor="accent2"/>
        </w:tcBorders>
      </w:tcPr>
    </w:tblStylePr>
    <w:tblStylePr w:type="lastRow">
      <w:rPr>
        <w:b/>
        <w:bCs/>
        <w:color w:val="2C3C43" w:themeColor="text2"/>
      </w:rPr>
      <w:tblPr/>
      <w:tcPr>
        <w:tcBorders>
          <w:top w:val="single" w:sz="8" w:space="0" w:color="66ABA4" w:themeColor="accent2"/>
          <w:bottom w:val="single" w:sz="8" w:space="0" w:color="66ABA4" w:themeColor="accent2"/>
        </w:tcBorders>
      </w:tcPr>
    </w:tblStylePr>
    <w:tblStylePr w:type="firstCol">
      <w:rPr>
        <w:b/>
        <w:bCs/>
      </w:rPr>
    </w:tblStylePr>
    <w:tblStylePr w:type="lastCol">
      <w:rPr>
        <w:b/>
        <w:bCs/>
      </w:rPr>
      <w:tblPr/>
      <w:tcPr>
        <w:tcBorders>
          <w:top w:val="single" w:sz="8" w:space="0" w:color="66ABA4" w:themeColor="accent2"/>
          <w:bottom w:val="single" w:sz="8" w:space="0" w:color="66ABA4" w:themeColor="accent2"/>
        </w:tcBorders>
      </w:tcPr>
    </w:tblStylePr>
    <w:tblStylePr w:type="band1Vert">
      <w:tblPr/>
      <w:tcPr>
        <w:shd w:val="clear" w:color="auto" w:fill="D9EAE8" w:themeFill="accent2" w:themeFillTint="3F"/>
      </w:tcPr>
    </w:tblStylePr>
    <w:tblStylePr w:type="band1Horz">
      <w:tblPr/>
      <w:tcPr>
        <w:shd w:val="clear" w:color="auto" w:fill="D9EAE8"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9C7C2" w:themeColor="accent3"/>
        <w:bottom w:val="single" w:sz="8" w:space="0" w:color="99C7C2" w:themeColor="accent3"/>
      </w:tblBorders>
    </w:tblPr>
    <w:tblStylePr w:type="firstRow">
      <w:rPr>
        <w:rFonts w:asciiTheme="majorHAnsi" w:eastAsiaTheme="majorEastAsia" w:hAnsiTheme="majorHAnsi" w:cstheme="majorBidi"/>
      </w:rPr>
      <w:tblPr/>
      <w:tcPr>
        <w:tcBorders>
          <w:top w:val="nil"/>
          <w:bottom w:val="single" w:sz="8" w:space="0" w:color="99C7C2" w:themeColor="accent3"/>
        </w:tcBorders>
      </w:tcPr>
    </w:tblStylePr>
    <w:tblStylePr w:type="lastRow">
      <w:rPr>
        <w:b/>
        <w:bCs/>
        <w:color w:val="2C3C43" w:themeColor="text2"/>
      </w:rPr>
      <w:tblPr/>
      <w:tcPr>
        <w:tcBorders>
          <w:top w:val="single" w:sz="8" w:space="0" w:color="99C7C2" w:themeColor="accent3"/>
          <w:bottom w:val="single" w:sz="8" w:space="0" w:color="99C7C2" w:themeColor="accent3"/>
        </w:tcBorders>
      </w:tcPr>
    </w:tblStylePr>
    <w:tblStylePr w:type="firstCol">
      <w:rPr>
        <w:b/>
        <w:bCs/>
      </w:rPr>
    </w:tblStylePr>
    <w:tblStylePr w:type="lastCol">
      <w:rPr>
        <w:b/>
        <w:bCs/>
      </w:rPr>
      <w:tblPr/>
      <w:tcPr>
        <w:tcBorders>
          <w:top w:val="single" w:sz="8" w:space="0" w:color="99C7C2" w:themeColor="accent3"/>
          <w:bottom w:val="single" w:sz="8" w:space="0" w:color="99C7C2" w:themeColor="accent3"/>
        </w:tcBorders>
      </w:tcPr>
    </w:tblStylePr>
    <w:tblStylePr w:type="band1Vert">
      <w:tblPr/>
      <w:tcPr>
        <w:shd w:val="clear" w:color="auto" w:fill="E5F1EF" w:themeFill="accent3" w:themeFillTint="3F"/>
      </w:tcPr>
    </w:tblStylePr>
    <w:tblStylePr w:type="band1Horz">
      <w:tblPr/>
      <w:tcPr>
        <w:shd w:val="clear" w:color="auto" w:fill="E5F1EF"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CFE3E0" w:themeColor="accent4"/>
        <w:bottom w:val="single" w:sz="8" w:space="0" w:color="CFE3E0" w:themeColor="accent4"/>
      </w:tblBorders>
    </w:tblPr>
    <w:tblStylePr w:type="firstRow">
      <w:rPr>
        <w:rFonts w:asciiTheme="majorHAnsi" w:eastAsiaTheme="majorEastAsia" w:hAnsiTheme="majorHAnsi" w:cstheme="majorBidi"/>
      </w:rPr>
      <w:tblPr/>
      <w:tcPr>
        <w:tcBorders>
          <w:top w:val="nil"/>
          <w:bottom w:val="single" w:sz="8" w:space="0" w:color="CFE3E0" w:themeColor="accent4"/>
        </w:tcBorders>
      </w:tcPr>
    </w:tblStylePr>
    <w:tblStylePr w:type="lastRow">
      <w:rPr>
        <w:b/>
        <w:bCs/>
        <w:color w:val="2C3C43" w:themeColor="text2"/>
      </w:rPr>
      <w:tblPr/>
      <w:tcPr>
        <w:tcBorders>
          <w:top w:val="single" w:sz="8" w:space="0" w:color="CFE3E0" w:themeColor="accent4"/>
          <w:bottom w:val="single" w:sz="8" w:space="0" w:color="CFE3E0" w:themeColor="accent4"/>
        </w:tcBorders>
      </w:tcPr>
    </w:tblStylePr>
    <w:tblStylePr w:type="firstCol">
      <w:rPr>
        <w:b/>
        <w:bCs/>
      </w:rPr>
    </w:tblStylePr>
    <w:tblStylePr w:type="lastCol">
      <w:rPr>
        <w:b/>
        <w:bCs/>
      </w:rPr>
      <w:tblPr/>
      <w:tcPr>
        <w:tcBorders>
          <w:top w:val="single" w:sz="8" w:space="0" w:color="CFE3E0" w:themeColor="accent4"/>
          <w:bottom w:val="single" w:sz="8" w:space="0" w:color="CFE3E0" w:themeColor="accent4"/>
        </w:tcBorders>
      </w:tcPr>
    </w:tblStylePr>
    <w:tblStylePr w:type="band1Vert">
      <w:tblPr/>
      <w:tcPr>
        <w:shd w:val="clear" w:color="auto" w:fill="F3F8F7" w:themeFill="accent4" w:themeFillTint="3F"/>
      </w:tcPr>
    </w:tblStylePr>
    <w:tblStylePr w:type="band1Horz">
      <w:tblPr/>
      <w:tcPr>
        <w:shd w:val="clear" w:color="auto" w:fill="F3F8F7"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00544B" w:themeColor="accent5"/>
        <w:bottom w:val="single" w:sz="8" w:space="0" w:color="00544B" w:themeColor="accent5"/>
      </w:tblBorders>
    </w:tblPr>
    <w:tblStylePr w:type="firstRow">
      <w:rPr>
        <w:rFonts w:asciiTheme="majorHAnsi" w:eastAsiaTheme="majorEastAsia" w:hAnsiTheme="majorHAnsi" w:cstheme="majorBidi"/>
      </w:rPr>
      <w:tblPr/>
      <w:tcPr>
        <w:tcBorders>
          <w:top w:val="nil"/>
          <w:bottom w:val="single" w:sz="8" w:space="0" w:color="00544B" w:themeColor="accent5"/>
        </w:tcBorders>
      </w:tcPr>
    </w:tblStylePr>
    <w:tblStylePr w:type="lastRow">
      <w:rPr>
        <w:b/>
        <w:bCs/>
        <w:color w:val="2C3C43" w:themeColor="text2"/>
      </w:rPr>
      <w:tblPr/>
      <w:tcPr>
        <w:tcBorders>
          <w:top w:val="single" w:sz="8" w:space="0" w:color="00544B" w:themeColor="accent5"/>
          <w:bottom w:val="single" w:sz="8" w:space="0" w:color="00544B" w:themeColor="accent5"/>
        </w:tcBorders>
      </w:tcPr>
    </w:tblStylePr>
    <w:tblStylePr w:type="firstCol">
      <w:rPr>
        <w:b/>
        <w:bCs/>
      </w:rPr>
    </w:tblStylePr>
    <w:tblStylePr w:type="lastCol">
      <w:rPr>
        <w:b/>
        <w:bCs/>
      </w:rPr>
      <w:tblPr/>
      <w:tcPr>
        <w:tcBorders>
          <w:top w:val="single" w:sz="8" w:space="0" w:color="00544B" w:themeColor="accent5"/>
          <w:bottom w:val="single" w:sz="8" w:space="0" w:color="00544B" w:themeColor="accent5"/>
        </w:tcBorders>
      </w:tcPr>
    </w:tblStylePr>
    <w:tblStylePr w:type="band1Vert">
      <w:tblPr/>
      <w:tcPr>
        <w:shd w:val="clear" w:color="auto" w:fill="95FFF3" w:themeFill="accent5" w:themeFillTint="3F"/>
      </w:tcPr>
    </w:tblStylePr>
    <w:tblStylePr w:type="band1Horz">
      <w:tblPr/>
      <w:tcPr>
        <w:shd w:val="clear" w:color="auto" w:fill="95FFF3"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2F2F2" w:themeColor="accent6"/>
        <w:bottom w:val="single" w:sz="8" w:space="0" w:color="F2F2F2" w:themeColor="accent6"/>
      </w:tblBorders>
    </w:tblPr>
    <w:tblStylePr w:type="firstRow">
      <w:rPr>
        <w:rFonts w:asciiTheme="majorHAnsi" w:eastAsiaTheme="majorEastAsia" w:hAnsiTheme="majorHAnsi" w:cstheme="majorBidi"/>
      </w:rPr>
      <w:tblPr/>
      <w:tcPr>
        <w:tcBorders>
          <w:top w:val="nil"/>
          <w:bottom w:val="single" w:sz="8" w:space="0" w:color="F2F2F2" w:themeColor="accent6"/>
        </w:tcBorders>
      </w:tcPr>
    </w:tblStylePr>
    <w:tblStylePr w:type="lastRow">
      <w:rPr>
        <w:b/>
        <w:bCs/>
        <w:color w:val="2C3C43" w:themeColor="text2"/>
      </w:rPr>
      <w:tblPr/>
      <w:tcPr>
        <w:tcBorders>
          <w:top w:val="single" w:sz="8" w:space="0" w:color="F2F2F2" w:themeColor="accent6"/>
          <w:bottom w:val="single" w:sz="8" w:space="0" w:color="F2F2F2" w:themeColor="accent6"/>
        </w:tcBorders>
      </w:tcPr>
    </w:tblStylePr>
    <w:tblStylePr w:type="firstCol">
      <w:rPr>
        <w:b/>
        <w:bCs/>
      </w:rPr>
    </w:tblStylePr>
    <w:tblStylePr w:type="lastCol">
      <w:rPr>
        <w:b/>
        <w:bCs/>
      </w:rPr>
      <w:tblPr/>
      <w:tcPr>
        <w:tcBorders>
          <w:top w:val="single" w:sz="8" w:space="0" w:color="F2F2F2" w:themeColor="accent6"/>
          <w:bottom w:val="single" w:sz="8" w:space="0" w:color="F2F2F2" w:themeColor="accent6"/>
        </w:tcBorders>
      </w:tcPr>
    </w:tblStylePr>
    <w:tblStylePr w:type="band1Vert">
      <w:tblPr/>
      <w:tcPr>
        <w:shd w:val="clear" w:color="auto" w:fill="FBFBFB" w:themeFill="accent6" w:themeFillTint="3F"/>
      </w:tcPr>
    </w:tblStylePr>
    <w:tblStylePr w:type="band1Horz">
      <w:tblPr/>
      <w:tcPr>
        <w:shd w:val="clear" w:color="auto" w:fill="FBFBFB"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367" w:themeColor="accent1"/>
        <w:left w:val="single" w:sz="8" w:space="0" w:color="007367" w:themeColor="accent1"/>
        <w:bottom w:val="single" w:sz="8" w:space="0" w:color="007367" w:themeColor="accent1"/>
        <w:right w:val="single" w:sz="8" w:space="0" w:color="007367" w:themeColor="accent1"/>
      </w:tblBorders>
    </w:tblPr>
    <w:tblStylePr w:type="firstRow">
      <w:rPr>
        <w:sz w:val="24"/>
        <w:szCs w:val="24"/>
      </w:rPr>
      <w:tblPr/>
      <w:tcPr>
        <w:tcBorders>
          <w:top w:val="nil"/>
          <w:left w:val="nil"/>
          <w:bottom w:val="single" w:sz="24" w:space="0" w:color="007367" w:themeColor="accent1"/>
          <w:right w:val="nil"/>
          <w:insideH w:val="nil"/>
          <w:insideV w:val="nil"/>
        </w:tcBorders>
        <w:shd w:val="clear" w:color="auto" w:fill="FFFFFF" w:themeFill="background1"/>
      </w:tcPr>
    </w:tblStylePr>
    <w:tblStylePr w:type="lastRow">
      <w:tblPr/>
      <w:tcPr>
        <w:tcBorders>
          <w:top w:val="single" w:sz="8" w:space="0" w:color="00736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367" w:themeColor="accent1"/>
          <w:insideH w:val="nil"/>
          <w:insideV w:val="nil"/>
        </w:tcBorders>
        <w:shd w:val="clear" w:color="auto" w:fill="FFFFFF" w:themeFill="background1"/>
      </w:tcPr>
    </w:tblStylePr>
    <w:tblStylePr w:type="lastCol">
      <w:tblPr/>
      <w:tcPr>
        <w:tcBorders>
          <w:top w:val="nil"/>
          <w:left w:val="single" w:sz="8" w:space="0" w:color="00736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FFF4" w:themeFill="accent1" w:themeFillTint="3F"/>
      </w:tcPr>
    </w:tblStylePr>
    <w:tblStylePr w:type="band1Horz">
      <w:tblPr/>
      <w:tcPr>
        <w:tcBorders>
          <w:top w:val="nil"/>
          <w:bottom w:val="nil"/>
          <w:insideH w:val="nil"/>
          <w:insideV w:val="nil"/>
        </w:tcBorders>
        <w:shd w:val="clear" w:color="auto" w:fill="9DFF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ABA4" w:themeColor="accent2"/>
        <w:left w:val="single" w:sz="8" w:space="0" w:color="66ABA4" w:themeColor="accent2"/>
        <w:bottom w:val="single" w:sz="8" w:space="0" w:color="66ABA4" w:themeColor="accent2"/>
        <w:right w:val="single" w:sz="8" w:space="0" w:color="66ABA4" w:themeColor="accent2"/>
      </w:tblBorders>
    </w:tblPr>
    <w:tblStylePr w:type="firstRow">
      <w:rPr>
        <w:sz w:val="24"/>
        <w:szCs w:val="24"/>
      </w:rPr>
      <w:tblPr/>
      <w:tcPr>
        <w:tcBorders>
          <w:top w:val="nil"/>
          <w:left w:val="nil"/>
          <w:bottom w:val="single" w:sz="24" w:space="0" w:color="66ABA4" w:themeColor="accent2"/>
          <w:right w:val="nil"/>
          <w:insideH w:val="nil"/>
          <w:insideV w:val="nil"/>
        </w:tcBorders>
        <w:shd w:val="clear" w:color="auto" w:fill="FFFFFF" w:themeFill="background1"/>
      </w:tcPr>
    </w:tblStylePr>
    <w:tblStylePr w:type="lastRow">
      <w:tblPr/>
      <w:tcPr>
        <w:tcBorders>
          <w:top w:val="single" w:sz="8" w:space="0" w:color="66ABA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ABA4" w:themeColor="accent2"/>
          <w:insideH w:val="nil"/>
          <w:insideV w:val="nil"/>
        </w:tcBorders>
        <w:shd w:val="clear" w:color="auto" w:fill="FFFFFF" w:themeFill="background1"/>
      </w:tcPr>
    </w:tblStylePr>
    <w:tblStylePr w:type="lastCol">
      <w:tblPr/>
      <w:tcPr>
        <w:tcBorders>
          <w:top w:val="nil"/>
          <w:left w:val="single" w:sz="8" w:space="0" w:color="66ABA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AE8" w:themeFill="accent2" w:themeFillTint="3F"/>
      </w:tcPr>
    </w:tblStylePr>
    <w:tblStylePr w:type="band1Horz">
      <w:tblPr/>
      <w:tcPr>
        <w:tcBorders>
          <w:top w:val="nil"/>
          <w:bottom w:val="nil"/>
          <w:insideH w:val="nil"/>
          <w:insideV w:val="nil"/>
        </w:tcBorders>
        <w:shd w:val="clear" w:color="auto" w:fill="D9EAE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9C7C2" w:themeColor="accent3"/>
        <w:left w:val="single" w:sz="8" w:space="0" w:color="99C7C2" w:themeColor="accent3"/>
        <w:bottom w:val="single" w:sz="8" w:space="0" w:color="99C7C2" w:themeColor="accent3"/>
        <w:right w:val="single" w:sz="8" w:space="0" w:color="99C7C2" w:themeColor="accent3"/>
      </w:tblBorders>
    </w:tblPr>
    <w:tblStylePr w:type="firstRow">
      <w:rPr>
        <w:sz w:val="24"/>
        <w:szCs w:val="24"/>
      </w:rPr>
      <w:tblPr/>
      <w:tcPr>
        <w:tcBorders>
          <w:top w:val="nil"/>
          <w:left w:val="nil"/>
          <w:bottom w:val="single" w:sz="24" w:space="0" w:color="99C7C2" w:themeColor="accent3"/>
          <w:right w:val="nil"/>
          <w:insideH w:val="nil"/>
          <w:insideV w:val="nil"/>
        </w:tcBorders>
        <w:shd w:val="clear" w:color="auto" w:fill="FFFFFF" w:themeFill="background1"/>
      </w:tcPr>
    </w:tblStylePr>
    <w:tblStylePr w:type="lastRow">
      <w:tblPr/>
      <w:tcPr>
        <w:tcBorders>
          <w:top w:val="single" w:sz="8" w:space="0" w:color="99C7C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C7C2" w:themeColor="accent3"/>
          <w:insideH w:val="nil"/>
          <w:insideV w:val="nil"/>
        </w:tcBorders>
        <w:shd w:val="clear" w:color="auto" w:fill="FFFFFF" w:themeFill="background1"/>
      </w:tcPr>
    </w:tblStylePr>
    <w:tblStylePr w:type="lastCol">
      <w:tblPr/>
      <w:tcPr>
        <w:tcBorders>
          <w:top w:val="nil"/>
          <w:left w:val="single" w:sz="8" w:space="0" w:color="99C7C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1EF" w:themeFill="accent3" w:themeFillTint="3F"/>
      </w:tcPr>
    </w:tblStylePr>
    <w:tblStylePr w:type="band1Horz">
      <w:tblPr/>
      <w:tcPr>
        <w:tcBorders>
          <w:top w:val="nil"/>
          <w:bottom w:val="nil"/>
          <w:insideH w:val="nil"/>
          <w:insideV w:val="nil"/>
        </w:tcBorders>
        <w:shd w:val="clear" w:color="auto" w:fill="E5F1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FE3E0" w:themeColor="accent4"/>
        <w:left w:val="single" w:sz="8" w:space="0" w:color="CFE3E0" w:themeColor="accent4"/>
        <w:bottom w:val="single" w:sz="8" w:space="0" w:color="CFE3E0" w:themeColor="accent4"/>
        <w:right w:val="single" w:sz="8" w:space="0" w:color="CFE3E0" w:themeColor="accent4"/>
      </w:tblBorders>
    </w:tblPr>
    <w:tblStylePr w:type="firstRow">
      <w:rPr>
        <w:sz w:val="24"/>
        <w:szCs w:val="24"/>
      </w:rPr>
      <w:tblPr/>
      <w:tcPr>
        <w:tcBorders>
          <w:top w:val="nil"/>
          <w:left w:val="nil"/>
          <w:bottom w:val="single" w:sz="24" w:space="0" w:color="CFE3E0" w:themeColor="accent4"/>
          <w:right w:val="nil"/>
          <w:insideH w:val="nil"/>
          <w:insideV w:val="nil"/>
        </w:tcBorders>
        <w:shd w:val="clear" w:color="auto" w:fill="FFFFFF" w:themeFill="background1"/>
      </w:tcPr>
    </w:tblStylePr>
    <w:tblStylePr w:type="lastRow">
      <w:tblPr/>
      <w:tcPr>
        <w:tcBorders>
          <w:top w:val="single" w:sz="8" w:space="0" w:color="CFE3E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FE3E0" w:themeColor="accent4"/>
          <w:insideH w:val="nil"/>
          <w:insideV w:val="nil"/>
        </w:tcBorders>
        <w:shd w:val="clear" w:color="auto" w:fill="FFFFFF" w:themeFill="background1"/>
      </w:tcPr>
    </w:tblStylePr>
    <w:tblStylePr w:type="lastCol">
      <w:tblPr/>
      <w:tcPr>
        <w:tcBorders>
          <w:top w:val="nil"/>
          <w:left w:val="single" w:sz="8" w:space="0" w:color="CFE3E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8F7" w:themeFill="accent4" w:themeFillTint="3F"/>
      </w:tcPr>
    </w:tblStylePr>
    <w:tblStylePr w:type="band1Horz">
      <w:tblPr/>
      <w:tcPr>
        <w:tcBorders>
          <w:top w:val="nil"/>
          <w:bottom w:val="nil"/>
          <w:insideH w:val="nil"/>
          <w:insideV w:val="nil"/>
        </w:tcBorders>
        <w:shd w:val="clear" w:color="auto" w:fill="F3F8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44B" w:themeColor="accent5"/>
        <w:left w:val="single" w:sz="8" w:space="0" w:color="00544B" w:themeColor="accent5"/>
        <w:bottom w:val="single" w:sz="8" w:space="0" w:color="00544B" w:themeColor="accent5"/>
        <w:right w:val="single" w:sz="8" w:space="0" w:color="00544B" w:themeColor="accent5"/>
      </w:tblBorders>
    </w:tblPr>
    <w:tblStylePr w:type="firstRow">
      <w:rPr>
        <w:sz w:val="24"/>
        <w:szCs w:val="24"/>
      </w:rPr>
      <w:tblPr/>
      <w:tcPr>
        <w:tcBorders>
          <w:top w:val="nil"/>
          <w:left w:val="nil"/>
          <w:bottom w:val="single" w:sz="24" w:space="0" w:color="00544B" w:themeColor="accent5"/>
          <w:right w:val="nil"/>
          <w:insideH w:val="nil"/>
          <w:insideV w:val="nil"/>
        </w:tcBorders>
        <w:shd w:val="clear" w:color="auto" w:fill="FFFFFF" w:themeFill="background1"/>
      </w:tcPr>
    </w:tblStylePr>
    <w:tblStylePr w:type="lastRow">
      <w:tblPr/>
      <w:tcPr>
        <w:tcBorders>
          <w:top w:val="single" w:sz="8" w:space="0" w:color="00544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44B" w:themeColor="accent5"/>
          <w:insideH w:val="nil"/>
          <w:insideV w:val="nil"/>
        </w:tcBorders>
        <w:shd w:val="clear" w:color="auto" w:fill="FFFFFF" w:themeFill="background1"/>
      </w:tcPr>
    </w:tblStylePr>
    <w:tblStylePr w:type="lastCol">
      <w:tblPr/>
      <w:tcPr>
        <w:tcBorders>
          <w:top w:val="nil"/>
          <w:left w:val="single" w:sz="8" w:space="0" w:color="00544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5FFF3" w:themeFill="accent5" w:themeFillTint="3F"/>
      </w:tcPr>
    </w:tblStylePr>
    <w:tblStylePr w:type="band1Horz">
      <w:tblPr/>
      <w:tcPr>
        <w:tcBorders>
          <w:top w:val="nil"/>
          <w:bottom w:val="nil"/>
          <w:insideH w:val="nil"/>
          <w:insideV w:val="nil"/>
        </w:tcBorders>
        <w:shd w:val="clear" w:color="auto" w:fill="95FF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F2F2" w:themeColor="accent6"/>
        <w:left w:val="single" w:sz="8" w:space="0" w:color="F2F2F2" w:themeColor="accent6"/>
        <w:bottom w:val="single" w:sz="8" w:space="0" w:color="F2F2F2" w:themeColor="accent6"/>
        <w:right w:val="single" w:sz="8" w:space="0" w:color="F2F2F2" w:themeColor="accent6"/>
      </w:tblBorders>
    </w:tblPr>
    <w:tblStylePr w:type="firstRow">
      <w:rPr>
        <w:sz w:val="24"/>
        <w:szCs w:val="24"/>
      </w:rPr>
      <w:tblPr/>
      <w:tcPr>
        <w:tcBorders>
          <w:top w:val="nil"/>
          <w:left w:val="nil"/>
          <w:bottom w:val="single" w:sz="24" w:space="0" w:color="F2F2F2" w:themeColor="accent6"/>
          <w:right w:val="nil"/>
          <w:insideH w:val="nil"/>
          <w:insideV w:val="nil"/>
        </w:tcBorders>
        <w:shd w:val="clear" w:color="auto" w:fill="FFFFFF" w:themeFill="background1"/>
      </w:tcPr>
    </w:tblStylePr>
    <w:tblStylePr w:type="lastRow">
      <w:tblPr/>
      <w:tcPr>
        <w:tcBorders>
          <w:top w:val="single" w:sz="8" w:space="0" w:color="F2F2F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2F2" w:themeColor="accent6"/>
          <w:insideH w:val="nil"/>
          <w:insideV w:val="nil"/>
        </w:tcBorders>
        <w:shd w:val="clear" w:color="auto" w:fill="FFFFFF" w:themeFill="background1"/>
      </w:tcPr>
    </w:tblStylePr>
    <w:tblStylePr w:type="lastCol">
      <w:tblPr/>
      <w:tcPr>
        <w:tcBorders>
          <w:top w:val="nil"/>
          <w:left w:val="single" w:sz="8" w:space="0" w:color="F2F2F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B" w:themeFill="accent6" w:themeFillTint="3F"/>
      </w:tcPr>
    </w:tblStylePr>
    <w:tblStylePr w:type="band1Horz">
      <w:tblPr/>
      <w:tcPr>
        <w:tcBorders>
          <w:top w:val="nil"/>
          <w:bottom w:val="nil"/>
          <w:insideH w:val="nil"/>
          <w:insideV w:val="nil"/>
        </w:tcBorders>
        <w:shd w:val="clear" w:color="auto" w:fill="FBFBF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00D6BF" w:themeColor="accent1" w:themeTint="BF"/>
        <w:left w:val="single" w:sz="8" w:space="0" w:color="00D6BF" w:themeColor="accent1" w:themeTint="BF"/>
        <w:bottom w:val="single" w:sz="8" w:space="0" w:color="00D6BF" w:themeColor="accent1" w:themeTint="BF"/>
        <w:right w:val="single" w:sz="8" w:space="0" w:color="00D6BF" w:themeColor="accent1" w:themeTint="BF"/>
        <w:insideH w:val="single" w:sz="8" w:space="0" w:color="00D6BF" w:themeColor="accent1" w:themeTint="BF"/>
        <w:insideV w:val="single" w:sz="8" w:space="0" w:color="00D6BF" w:themeColor="accent1" w:themeTint="BF"/>
      </w:tblBorders>
    </w:tblPr>
    <w:tcPr>
      <w:shd w:val="clear" w:color="auto" w:fill="9DFFF4" w:themeFill="accent1" w:themeFillTint="3F"/>
    </w:tcPr>
    <w:tblStylePr w:type="firstRow">
      <w:rPr>
        <w:b/>
        <w:bCs/>
      </w:rPr>
    </w:tblStylePr>
    <w:tblStylePr w:type="lastRow">
      <w:rPr>
        <w:b/>
        <w:bCs/>
      </w:rPr>
      <w:tblPr/>
      <w:tcPr>
        <w:tcBorders>
          <w:top w:val="single" w:sz="18" w:space="0" w:color="00D6BF" w:themeColor="accent1" w:themeTint="BF"/>
        </w:tcBorders>
      </w:tcPr>
    </w:tblStylePr>
    <w:tblStylePr w:type="firstCol">
      <w:rPr>
        <w:b/>
        <w:bCs/>
      </w:rPr>
    </w:tblStylePr>
    <w:tblStylePr w:type="lastCol">
      <w:rPr>
        <w:b/>
        <w:bCs/>
      </w:rPr>
    </w:tblStylePr>
    <w:tblStylePr w:type="band1Vert">
      <w:tblPr/>
      <w:tcPr>
        <w:shd w:val="clear" w:color="auto" w:fill="3AFFEA" w:themeFill="accent1" w:themeFillTint="7F"/>
      </w:tcPr>
    </w:tblStylePr>
    <w:tblStylePr w:type="band1Horz">
      <w:tblPr/>
      <w:tcPr>
        <w:shd w:val="clear" w:color="auto" w:fill="3AFFEA"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8CC0BA" w:themeColor="accent2" w:themeTint="BF"/>
        <w:left w:val="single" w:sz="8" w:space="0" w:color="8CC0BA" w:themeColor="accent2" w:themeTint="BF"/>
        <w:bottom w:val="single" w:sz="8" w:space="0" w:color="8CC0BA" w:themeColor="accent2" w:themeTint="BF"/>
        <w:right w:val="single" w:sz="8" w:space="0" w:color="8CC0BA" w:themeColor="accent2" w:themeTint="BF"/>
        <w:insideH w:val="single" w:sz="8" w:space="0" w:color="8CC0BA" w:themeColor="accent2" w:themeTint="BF"/>
        <w:insideV w:val="single" w:sz="8" w:space="0" w:color="8CC0BA" w:themeColor="accent2" w:themeTint="BF"/>
      </w:tblBorders>
    </w:tblPr>
    <w:tcPr>
      <w:shd w:val="clear" w:color="auto" w:fill="D9EAE8" w:themeFill="accent2" w:themeFillTint="3F"/>
    </w:tcPr>
    <w:tblStylePr w:type="firstRow">
      <w:rPr>
        <w:b/>
        <w:bCs/>
      </w:rPr>
    </w:tblStylePr>
    <w:tblStylePr w:type="lastRow">
      <w:rPr>
        <w:b/>
        <w:bCs/>
      </w:rPr>
      <w:tblPr/>
      <w:tcPr>
        <w:tcBorders>
          <w:top w:val="single" w:sz="18" w:space="0" w:color="8CC0BA" w:themeColor="accent2" w:themeTint="BF"/>
        </w:tcBorders>
      </w:tcPr>
    </w:tblStylePr>
    <w:tblStylePr w:type="firstCol">
      <w:rPr>
        <w:b/>
        <w:bCs/>
      </w:rPr>
    </w:tblStylePr>
    <w:tblStylePr w:type="lastCol">
      <w:rPr>
        <w:b/>
        <w:bCs/>
      </w:rPr>
    </w:tblStylePr>
    <w:tblStylePr w:type="band1Vert">
      <w:tblPr/>
      <w:tcPr>
        <w:shd w:val="clear" w:color="auto" w:fill="B2D5D1" w:themeFill="accent2" w:themeFillTint="7F"/>
      </w:tcPr>
    </w:tblStylePr>
    <w:tblStylePr w:type="band1Horz">
      <w:tblPr/>
      <w:tcPr>
        <w:shd w:val="clear" w:color="auto" w:fill="B2D5D1"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2D5D1" w:themeColor="accent3" w:themeTint="BF"/>
        <w:left w:val="single" w:sz="8" w:space="0" w:color="B2D5D1" w:themeColor="accent3" w:themeTint="BF"/>
        <w:bottom w:val="single" w:sz="8" w:space="0" w:color="B2D5D1" w:themeColor="accent3" w:themeTint="BF"/>
        <w:right w:val="single" w:sz="8" w:space="0" w:color="B2D5D1" w:themeColor="accent3" w:themeTint="BF"/>
        <w:insideH w:val="single" w:sz="8" w:space="0" w:color="B2D5D1" w:themeColor="accent3" w:themeTint="BF"/>
        <w:insideV w:val="single" w:sz="8" w:space="0" w:color="B2D5D1" w:themeColor="accent3" w:themeTint="BF"/>
      </w:tblBorders>
    </w:tblPr>
    <w:tcPr>
      <w:shd w:val="clear" w:color="auto" w:fill="E5F1EF" w:themeFill="accent3" w:themeFillTint="3F"/>
    </w:tcPr>
    <w:tblStylePr w:type="firstRow">
      <w:rPr>
        <w:b/>
        <w:bCs/>
      </w:rPr>
    </w:tblStylePr>
    <w:tblStylePr w:type="lastRow">
      <w:rPr>
        <w:b/>
        <w:bCs/>
      </w:rPr>
      <w:tblPr/>
      <w:tcPr>
        <w:tcBorders>
          <w:top w:val="single" w:sz="18" w:space="0" w:color="B2D5D1" w:themeColor="accent3" w:themeTint="BF"/>
        </w:tcBorders>
      </w:tcPr>
    </w:tblStylePr>
    <w:tblStylePr w:type="firstCol">
      <w:rPr>
        <w:b/>
        <w:bCs/>
      </w:rPr>
    </w:tblStylePr>
    <w:tblStylePr w:type="lastCol">
      <w:rPr>
        <w:b/>
        <w:bCs/>
      </w:rPr>
    </w:tblStylePr>
    <w:tblStylePr w:type="band1Vert">
      <w:tblPr/>
      <w:tcPr>
        <w:shd w:val="clear" w:color="auto" w:fill="CCE3E0" w:themeFill="accent3" w:themeFillTint="7F"/>
      </w:tcPr>
    </w:tblStylePr>
    <w:tblStylePr w:type="band1Horz">
      <w:tblPr/>
      <w:tcPr>
        <w:shd w:val="clear" w:color="auto" w:fill="CCE3E0"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DBEAE7" w:themeColor="accent4" w:themeTint="BF"/>
        <w:left w:val="single" w:sz="8" w:space="0" w:color="DBEAE7" w:themeColor="accent4" w:themeTint="BF"/>
        <w:bottom w:val="single" w:sz="8" w:space="0" w:color="DBEAE7" w:themeColor="accent4" w:themeTint="BF"/>
        <w:right w:val="single" w:sz="8" w:space="0" w:color="DBEAE7" w:themeColor="accent4" w:themeTint="BF"/>
        <w:insideH w:val="single" w:sz="8" w:space="0" w:color="DBEAE7" w:themeColor="accent4" w:themeTint="BF"/>
        <w:insideV w:val="single" w:sz="8" w:space="0" w:color="DBEAE7" w:themeColor="accent4" w:themeTint="BF"/>
      </w:tblBorders>
    </w:tblPr>
    <w:tcPr>
      <w:shd w:val="clear" w:color="auto" w:fill="F3F8F7" w:themeFill="accent4" w:themeFillTint="3F"/>
    </w:tcPr>
    <w:tblStylePr w:type="firstRow">
      <w:rPr>
        <w:b/>
        <w:bCs/>
      </w:rPr>
    </w:tblStylePr>
    <w:tblStylePr w:type="lastRow">
      <w:rPr>
        <w:b/>
        <w:bCs/>
      </w:rPr>
      <w:tblPr/>
      <w:tcPr>
        <w:tcBorders>
          <w:top w:val="single" w:sz="18" w:space="0" w:color="DBEAE7" w:themeColor="accent4" w:themeTint="BF"/>
        </w:tcBorders>
      </w:tcPr>
    </w:tblStylePr>
    <w:tblStylePr w:type="firstCol">
      <w:rPr>
        <w:b/>
        <w:bCs/>
      </w:rPr>
    </w:tblStylePr>
    <w:tblStylePr w:type="lastCol">
      <w:rPr>
        <w:b/>
        <w:bCs/>
      </w:rPr>
    </w:tblStylePr>
    <w:tblStylePr w:type="band1Vert">
      <w:tblPr/>
      <w:tcPr>
        <w:shd w:val="clear" w:color="auto" w:fill="E7F1EF" w:themeFill="accent4" w:themeFillTint="7F"/>
      </w:tcPr>
    </w:tblStylePr>
    <w:tblStylePr w:type="band1Horz">
      <w:tblPr/>
      <w:tcPr>
        <w:shd w:val="clear" w:color="auto" w:fill="E7F1EF"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00BEA9" w:themeColor="accent5" w:themeTint="BF"/>
        <w:left w:val="single" w:sz="8" w:space="0" w:color="00BEA9" w:themeColor="accent5" w:themeTint="BF"/>
        <w:bottom w:val="single" w:sz="8" w:space="0" w:color="00BEA9" w:themeColor="accent5" w:themeTint="BF"/>
        <w:right w:val="single" w:sz="8" w:space="0" w:color="00BEA9" w:themeColor="accent5" w:themeTint="BF"/>
        <w:insideH w:val="single" w:sz="8" w:space="0" w:color="00BEA9" w:themeColor="accent5" w:themeTint="BF"/>
        <w:insideV w:val="single" w:sz="8" w:space="0" w:color="00BEA9" w:themeColor="accent5" w:themeTint="BF"/>
      </w:tblBorders>
    </w:tblPr>
    <w:tcPr>
      <w:shd w:val="clear" w:color="auto" w:fill="95FFF3" w:themeFill="accent5" w:themeFillTint="3F"/>
    </w:tcPr>
    <w:tblStylePr w:type="firstRow">
      <w:rPr>
        <w:b/>
        <w:bCs/>
      </w:rPr>
    </w:tblStylePr>
    <w:tblStylePr w:type="lastRow">
      <w:rPr>
        <w:b/>
        <w:bCs/>
      </w:rPr>
      <w:tblPr/>
      <w:tcPr>
        <w:tcBorders>
          <w:top w:val="single" w:sz="18" w:space="0" w:color="00BEA9" w:themeColor="accent5" w:themeTint="BF"/>
        </w:tcBorders>
      </w:tcPr>
    </w:tblStylePr>
    <w:tblStylePr w:type="firstCol">
      <w:rPr>
        <w:b/>
        <w:bCs/>
      </w:rPr>
    </w:tblStylePr>
    <w:tblStylePr w:type="lastCol">
      <w:rPr>
        <w:b/>
        <w:bCs/>
      </w:rPr>
    </w:tblStylePr>
    <w:tblStylePr w:type="band1Vert">
      <w:tblPr/>
      <w:tcPr>
        <w:shd w:val="clear" w:color="auto" w:fill="2AFFE7" w:themeFill="accent5" w:themeFillTint="7F"/>
      </w:tcPr>
    </w:tblStylePr>
    <w:tblStylePr w:type="band1Horz">
      <w:tblPr/>
      <w:tcPr>
        <w:shd w:val="clear" w:color="auto" w:fill="2AFFE7"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5F5F5" w:themeColor="accent6" w:themeTint="BF"/>
        <w:left w:val="single" w:sz="8" w:space="0" w:color="F5F5F5" w:themeColor="accent6" w:themeTint="BF"/>
        <w:bottom w:val="single" w:sz="8" w:space="0" w:color="F5F5F5" w:themeColor="accent6" w:themeTint="BF"/>
        <w:right w:val="single" w:sz="8" w:space="0" w:color="F5F5F5" w:themeColor="accent6" w:themeTint="BF"/>
        <w:insideH w:val="single" w:sz="8" w:space="0" w:color="F5F5F5" w:themeColor="accent6" w:themeTint="BF"/>
        <w:insideV w:val="single" w:sz="8" w:space="0" w:color="F5F5F5" w:themeColor="accent6" w:themeTint="BF"/>
      </w:tblBorders>
    </w:tblPr>
    <w:tcPr>
      <w:shd w:val="clear" w:color="auto" w:fill="FBFBFB" w:themeFill="accent6" w:themeFillTint="3F"/>
    </w:tcPr>
    <w:tblStylePr w:type="firstRow">
      <w:rPr>
        <w:b/>
        <w:bCs/>
      </w:rPr>
    </w:tblStylePr>
    <w:tblStylePr w:type="lastRow">
      <w:rPr>
        <w:b/>
        <w:bCs/>
      </w:rPr>
      <w:tblPr/>
      <w:tcPr>
        <w:tcBorders>
          <w:top w:val="single" w:sz="18" w:space="0" w:color="F5F5F5" w:themeColor="accent6" w:themeTint="BF"/>
        </w:tcBorders>
      </w:tcPr>
    </w:tblStylePr>
    <w:tblStylePr w:type="firstCol">
      <w:rPr>
        <w:b/>
        <w:bCs/>
      </w:rPr>
    </w:tblStylePr>
    <w:tblStylePr w:type="lastCol">
      <w:rPr>
        <w:b/>
        <w:bCs/>
      </w:rPr>
    </w:tblStylePr>
    <w:tblStylePr w:type="band1Vert">
      <w:tblPr/>
      <w:tcPr>
        <w:shd w:val="clear" w:color="auto" w:fill="F8F8F8" w:themeFill="accent6" w:themeFillTint="7F"/>
      </w:tcPr>
    </w:tblStylePr>
    <w:tblStylePr w:type="band1Horz">
      <w:tblPr/>
      <w:tcPr>
        <w:shd w:val="clear" w:color="auto" w:fill="F8F8F8"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367" w:themeColor="accent1"/>
        <w:left w:val="single" w:sz="8" w:space="0" w:color="007367" w:themeColor="accent1"/>
        <w:bottom w:val="single" w:sz="8" w:space="0" w:color="007367" w:themeColor="accent1"/>
        <w:right w:val="single" w:sz="8" w:space="0" w:color="007367" w:themeColor="accent1"/>
        <w:insideH w:val="single" w:sz="8" w:space="0" w:color="007367" w:themeColor="accent1"/>
        <w:insideV w:val="single" w:sz="8" w:space="0" w:color="007367" w:themeColor="accent1"/>
      </w:tblBorders>
    </w:tblPr>
    <w:tcPr>
      <w:shd w:val="clear" w:color="auto" w:fill="9DFFF4" w:themeFill="accent1" w:themeFillTint="3F"/>
    </w:tcPr>
    <w:tblStylePr w:type="firstRow">
      <w:rPr>
        <w:b/>
        <w:bCs/>
        <w:color w:val="000000" w:themeColor="text1"/>
      </w:rPr>
      <w:tblPr/>
      <w:tcPr>
        <w:shd w:val="clear" w:color="auto" w:fill="D8FF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FFF6" w:themeFill="accent1" w:themeFillTint="33"/>
      </w:tcPr>
    </w:tblStylePr>
    <w:tblStylePr w:type="band1Vert">
      <w:tblPr/>
      <w:tcPr>
        <w:shd w:val="clear" w:color="auto" w:fill="3AFFEA" w:themeFill="accent1" w:themeFillTint="7F"/>
      </w:tcPr>
    </w:tblStylePr>
    <w:tblStylePr w:type="band1Horz">
      <w:tblPr/>
      <w:tcPr>
        <w:tcBorders>
          <w:insideH w:val="single" w:sz="6" w:space="0" w:color="007367" w:themeColor="accent1"/>
          <w:insideV w:val="single" w:sz="6" w:space="0" w:color="007367" w:themeColor="accent1"/>
        </w:tcBorders>
        <w:shd w:val="clear" w:color="auto" w:fill="3AFFEA"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ABA4" w:themeColor="accent2"/>
        <w:left w:val="single" w:sz="8" w:space="0" w:color="66ABA4" w:themeColor="accent2"/>
        <w:bottom w:val="single" w:sz="8" w:space="0" w:color="66ABA4" w:themeColor="accent2"/>
        <w:right w:val="single" w:sz="8" w:space="0" w:color="66ABA4" w:themeColor="accent2"/>
        <w:insideH w:val="single" w:sz="8" w:space="0" w:color="66ABA4" w:themeColor="accent2"/>
        <w:insideV w:val="single" w:sz="8" w:space="0" w:color="66ABA4" w:themeColor="accent2"/>
      </w:tblBorders>
    </w:tblPr>
    <w:tcPr>
      <w:shd w:val="clear" w:color="auto" w:fill="D9EAE8" w:themeFill="accent2" w:themeFillTint="3F"/>
    </w:tcPr>
    <w:tblStylePr w:type="firstRow">
      <w:rPr>
        <w:b/>
        <w:bCs/>
        <w:color w:val="000000" w:themeColor="text1"/>
      </w:rPr>
      <w:tblPr/>
      <w:tcPr>
        <w:shd w:val="clear" w:color="auto" w:fill="EFF6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EEC" w:themeFill="accent2" w:themeFillTint="33"/>
      </w:tcPr>
    </w:tblStylePr>
    <w:tblStylePr w:type="band1Vert">
      <w:tblPr/>
      <w:tcPr>
        <w:shd w:val="clear" w:color="auto" w:fill="B2D5D1" w:themeFill="accent2" w:themeFillTint="7F"/>
      </w:tcPr>
    </w:tblStylePr>
    <w:tblStylePr w:type="band1Horz">
      <w:tblPr/>
      <w:tcPr>
        <w:tcBorders>
          <w:insideH w:val="single" w:sz="6" w:space="0" w:color="66ABA4" w:themeColor="accent2"/>
          <w:insideV w:val="single" w:sz="6" w:space="0" w:color="66ABA4" w:themeColor="accent2"/>
        </w:tcBorders>
        <w:shd w:val="clear" w:color="auto" w:fill="B2D5D1"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9C7C2" w:themeColor="accent3"/>
        <w:left w:val="single" w:sz="8" w:space="0" w:color="99C7C2" w:themeColor="accent3"/>
        <w:bottom w:val="single" w:sz="8" w:space="0" w:color="99C7C2" w:themeColor="accent3"/>
        <w:right w:val="single" w:sz="8" w:space="0" w:color="99C7C2" w:themeColor="accent3"/>
        <w:insideH w:val="single" w:sz="8" w:space="0" w:color="99C7C2" w:themeColor="accent3"/>
        <w:insideV w:val="single" w:sz="8" w:space="0" w:color="99C7C2" w:themeColor="accent3"/>
      </w:tblBorders>
    </w:tblPr>
    <w:tcPr>
      <w:shd w:val="clear" w:color="auto" w:fill="E5F1EF" w:themeFill="accent3" w:themeFillTint="3F"/>
    </w:tcPr>
    <w:tblStylePr w:type="firstRow">
      <w:rPr>
        <w:b/>
        <w:bCs/>
        <w:color w:val="000000" w:themeColor="text1"/>
      </w:rPr>
      <w:tblPr/>
      <w:tcPr>
        <w:shd w:val="clear" w:color="auto" w:fill="F4F9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3F2" w:themeFill="accent3" w:themeFillTint="33"/>
      </w:tcPr>
    </w:tblStylePr>
    <w:tblStylePr w:type="band1Vert">
      <w:tblPr/>
      <w:tcPr>
        <w:shd w:val="clear" w:color="auto" w:fill="CCE3E0" w:themeFill="accent3" w:themeFillTint="7F"/>
      </w:tcPr>
    </w:tblStylePr>
    <w:tblStylePr w:type="band1Horz">
      <w:tblPr/>
      <w:tcPr>
        <w:tcBorders>
          <w:insideH w:val="single" w:sz="6" w:space="0" w:color="99C7C2" w:themeColor="accent3"/>
          <w:insideV w:val="single" w:sz="6" w:space="0" w:color="99C7C2" w:themeColor="accent3"/>
        </w:tcBorders>
        <w:shd w:val="clear" w:color="auto" w:fill="CCE3E0"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FE3E0" w:themeColor="accent4"/>
        <w:left w:val="single" w:sz="8" w:space="0" w:color="CFE3E0" w:themeColor="accent4"/>
        <w:bottom w:val="single" w:sz="8" w:space="0" w:color="CFE3E0" w:themeColor="accent4"/>
        <w:right w:val="single" w:sz="8" w:space="0" w:color="CFE3E0" w:themeColor="accent4"/>
        <w:insideH w:val="single" w:sz="8" w:space="0" w:color="CFE3E0" w:themeColor="accent4"/>
        <w:insideV w:val="single" w:sz="8" w:space="0" w:color="CFE3E0" w:themeColor="accent4"/>
      </w:tblBorders>
    </w:tblPr>
    <w:tcPr>
      <w:shd w:val="clear" w:color="auto" w:fill="F3F8F7" w:themeFill="accent4" w:themeFillTint="3F"/>
    </w:tcPr>
    <w:tblStylePr w:type="firstRow">
      <w:rPr>
        <w:b/>
        <w:bCs/>
        <w:color w:val="000000" w:themeColor="text1"/>
      </w:rPr>
      <w:tblPr/>
      <w:tcPr>
        <w:shd w:val="clear" w:color="auto" w:fill="FAFC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9F8" w:themeFill="accent4" w:themeFillTint="33"/>
      </w:tcPr>
    </w:tblStylePr>
    <w:tblStylePr w:type="band1Vert">
      <w:tblPr/>
      <w:tcPr>
        <w:shd w:val="clear" w:color="auto" w:fill="E7F1EF" w:themeFill="accent4" w:themeFillTint="7F"/>
      </w:tcPr>
    </w:tblStylePr>
    <w:tblStylePr w:type="band1Horz">
      <w:tblPr/>
      <w:tcPr>
        <w:tcBorders>
          <w:insideH w:val="single" w:sz="6" w:space="0" w:color="CFE3E0" w:themeColor="accent4"/>
          <w:insideV w:val="single" w:sz="6" w:space="0" w:color="CFE3E0" w:themeColor="accent4"/>
        </w:tcBorders>
        <w:shd w:val="clear" w:color="auto" w:fill="E7F1EF"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44B" w:themeColor="accent5"/>
        <w:left w:val="single" w:sz="8" w:space="0" w:color="00544B" w:themeColor="accent5"/>
        <w:bottom w:val="single" w:sz="8" w:space="0" w:color="00544B" w:themeColor="accent5"/>
        <w:right w:val="single" w:sz="8" w:space="0" w:color="00544B" w:themeColor="accent5"/>
        <w:insideH w:val="single" w:sz="8" w:space="0" w:color="00544B" w:themeColor="accent5"/>
        <w:insideV w:val="single" w:sz="8" w:space="0" w:color="00544B" w:themeColor="accent5"/>
      </w:tblBorders>
    </w:tblPr>
    <w:tcPr>
      <w:shd w:val="clear" w:color="auto" w:fill="95FFF3" w:themeFill="accent5" w:themeFillTint="3F"/>
    </w:tcPr>
    <w:tblStylePr w:type="firstRow">
      <w:rPr>
        <w:b/>
        <w:bCs/>
        <w:color w:val="000000" w:themeColor="text1"/>
      </w:rPr>
      <w:tblPr/>
      <w:tcPr>
        <w:shd w:val="clear" w:color="auto" w:fill="D5FF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9FFF5" w:themeFill="accent5" w:themeFillTint="33"/>
      </w:tcPr>
    </w:tblStylePr>
    <w:tblStylePr w:type="band1Vert">
      <w:tblPr/>
      <w:tcPr>
        <w:shd w:val="clear" w:color="auto" w:fill="2AFFE7" w:themeFill="accent5" w:themeFillTint="7F"/>
      </w:tcPr>
    </w:tblStylePr>
    <w:tblStylePr w:type="band1Horz">
      <w:tblPr/>
      <w:tcPr>
        <w:tcBorders>
          <w:insideH w:val="single" w:sz="6" w:space="0" w:color="00544B" w:themeColor="accent5"/>
          <w:insideV w:val="single" w:sz="6" w:space="0" w:color="00544B" w:themeColor="accent5"/>
        </w:tcBorders>
        <w:shd w:val="clear" w:color="auto" w:fill="2AFFE7"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F2F2" w:themeColor="accent6"/>
        <w:left w:val="single" w:sz="8" w:space="0" w:color="F2F2F2" w:themeColor="accent6"/>
        <w:bottom w:val="single" w:sz="8" w:space="0" w:color="F2F2F2" w:themeColor="accent6"/>
        <w:right w:val="single" w:sz="8" w:space="0" w:color="F2F2F2" w:themeColor="accent6"/>
        <w:insideH w:val="single" w:sz="8" w:space="0" w:color="F2F2F2" w:themeColor="accent6"/>
        <w:insideV w:val="single" w:sz="8" w:space="0" w:color="F2F2F2" w:themeColor="accent6"/>
      </w:tblBorders>
    </w:tblPr>
    <w:tcPr>
      <w:shd w:val="clear" w:color="auto" w:fill="FBFBFB" w:themeFill="accent6" w:themeFillTint="3F"/>
    </w:tcPr>
    <w:tblStylePr w:type="firstRow">
      <w:rPr>
        <w:b/>
        <w:bCs/>
        <w:color w:val="000000" w:themeColor="text1"/>
      </w:rPr>
      <w:tblPr/>
      <w:tcPr>
        <w:shd w:val="clear" w:color="auto" w:fill="FD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CFC" w:themeFill="accent6" w:themeFillTint="33"/>
      </w:tcPr>
    </w:tblStylePr>
    <w:tblStylePr w:type="band1Vert">
      <w:tblPr/>
      <w:tcPr>
        <w:shd w:val="clear" w:color="auto" w:fill="F8F8F8" w:themeFill="accent6" w:themeFillTint="7F"/>
      </w:tcPr>
    </w:tblStylePr>
    <w:tblStylePr w:type="band1Horz">
      <w:tblPr/>
      <w:tcPr>
        <w:tcBorders>
          <w:insideH w:val="single" w:sz="6" w:space="0" w:color="F2F2F2" w:themeColor="accent6"/>
          <w:insideV w:val="single" w:sz="6" w:space="0" w:color="F2F2F2" w:themeColor="accent6"/>
        </w:tcBorders>
        <w:shd w:val="clear" w:color="auto" w:fill="F8F8F8"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FF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36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36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36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36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FF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FFEA"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AE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ABA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ABA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ABA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ABA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D5D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D5D1"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1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C7C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C7C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C7C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C7C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3E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3E0"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8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FE3E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FE3E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FE3E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FE3E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F1E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F1EF"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5FF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44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44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44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44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AFF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AFFE7"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2F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2F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2F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2F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8F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8F8"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00736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93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64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64C" w:themeFill="accent1" w:themeFillShade="BF"/>
      </w:tcPr>
    </w:tblStylePr>
    <w:tblStylePr w:type="band1Vert">
      <w:tblPr/>
      <w:tcPr>
        <w:tcBorders>
          <w:top w:val="nil"/>
          <w:left w:val="nil"/>
          <w:bottom w:val="nil"/>
          <w:right w:val="nil"/>
          <w:insideH w:val="nil"/>
          <w:insideV w:val="nil"/>
        </w:tcBorders>
        <w:shd w:val="clear" w:color="auto" w:fill="00564C" w:themeFill="accent1" w:themeFillShade="BF"/>
      </w:tcPr>
    </w:tblStylePr>
    <w:tblStylePr w:type="band1Horz">
      <w:tblPr/>
      <w:tcPr>
        <w:tcBorders>
          <w:top w:val="nil"/>
          <w:left w:val="nil"/>
          <w:bottom w:val="nil"/>
          <w:right w:val="nil"/>
          <w:insideH w:val="nil"/>
          <w:insideV w:val="nil"/>
        </w:tcBorders>
        <w:shd w:val="clear" w:color="auto" w:fill="00564C"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66ABA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575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8837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8837D" w:themeFill="accent2" w:themeFillShade="BF"/>
      </w:tcPr>
    </w:tblStylePr>
    <w:tblStylePr w:type="band1Vert">
      <w:tblPr/>
      <w:tcPr>
        <w:tcBorders>
          <w:top w:val="nil"/>
          <w:left w:val="nil"/>
          <w:bottom w:val="nil"/>
          <w:right w:val="nil"/>
          <w:insideH w:val="nil"/>
          <w:insideV w:val="nil"/>
        </w:tcBorders>
        <w:shd w:val="clear" w:color="auto" w:fill="48837D" w:themeFill="accent2" w:themeFillShade="BF"/>
      </w:tcPr>
    </w:tblStylePr>
    <w:tblStylePr w:type="band1Horz">
      <w:tblPr/>
      <w:tcPr>
        <w:tcBorders>
          <w:top w:val="nil"/>
          <w:left w:val="nil"/>
          <w:bottom w:val="nil"/>
          <w:right w:val="nil"/>
          <w:insideH w:val="nil"/>
          <w:insideV w:val="nil"/>
        </w:tcBorders>
        <w:shd w:val="clear" w:color="auto" w:fill="48837D"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9C7C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706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FA79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FA79F" w:themeFill="accent3" w:themeFillShade="BF"/>
      </w:tcPr>
    </w:tblStylePr>
    <w:tblStylePr w:type="band1Vert">
      <w:tblPr/>
      <w:tcPr>
        <w:tcBorders>
          <w:top w:val="nil"/>
          <w:left w:val="nil"/>
          <w:bottom w:val="nil"/>
          <w:right w:val="nil"/>
          <w:insideH w:val="nil"/>
          <w:insideV w:val="nil"/>
        </w:tcBorders>
        <w:shd w:val="clear" w:color="auto" w:fill="5FA79F" w:themeFill="accent3" w:themeFillShade="BF"/>
      </w:tcPr>
    </w:tblStylePr>
    <w:tblStylePr w:type="band1Horz">
      <w:tblPr/>
      <w:tcPr>
        <w:tcBorders>
          <w:top w:val="nil"/>
          <w:left w:val="nil"/>
          <w:bottom w:val="nil"/>
          <w:right w:val="nil"/>
          <w:insideH w:val="nil"/>
          <w:insideV w:val="nil"/>
        </w:tcBorders>
        <w:shd w:val="clear" w:color="auto" w:fill="5FA79F"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CFE3E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887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ABAB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ABAB3" w:themeFill="accent4" w:themeFillShade="BF"/>
      </w:tcPr>
    </w:tblStylePr>
    <w:tblStylePr w:type="band1Vert">
      <w:tblPr/>
      <w:tcPr>
        <w:tcBorders>
          <w:top w:val="nil"/>
          <w:left w:val="nil"/>
          <w:bottom w:val="nil"/>
          <w:right w:val="nil"/>
          <w:insideH w:val="nil"/>
          <w:insideV w:val="nil"/>
        </w:tcBorders>
        <w:shd w:val="clear" w:color="auto" w:fill="8ABAB3" w:themeFill="accent4" w:themeFillShade="BF"/>
      </w:tcPr>
    </w:tblStylePr>
    <w:tblStylePr w:type="band1Horz">
      <w:tblPr/>
      <w:tcPr>
        <w:tcBorders>
          <w:top w:val="nil"/>
          <w:left w:val="nil"/>
          <w:bottom w:val="nil"/>
          <w:right w:val="nil"/>
          <w:insideH w:val="nil"/>
          <w:insideV w:val="nil"/>
        </w:tcBorders>
        <w:shd w:val="clear" w:color="auto" w:fill="8ABAB3"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00544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9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3E3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3E37" w:themeFill="accent5" w:themeFillShade="BF"/>
      </w:tcPr>
    </w:tblStylePr>
    <w:tblStylePr w:type="band1Vert">
      <w:tblPr/>
      <w:tcPr>
        <w:tcBorders>
          <w:top w:val="nil"/>
          <w:left w:val="nil"/>
          <w:bottom w:val="nil"/>
          <w:right w:val="nil"/>
          <w:insideH w:val="nil"/>
          <w:insideV w:val="nil"/>
        </w:tcBorders>
        <w:shd w:val="clear" w:color="auto" w:fill="003E37" w:themeFill="accent5" w:themeFillShade="BF"/>
      </w:tcPr>
    </w:tblStylePr>
    <w:tblStylePr w:type="band1Horz">
      <w:tblPr/>
      <w:tcPr>
        <w:tcBorders>
          <w:top w:val="nil"/>
          <w:left w:val="nil"/>
          <w:bottom w:val="nil"/>
          <w:right w:val="nil"/>
          <w:insideH w:val="nil"/>
          <w:insideV w:val="nil"/>
        </w:tcBorders>
        <w:shd w:val="clear" w:color="auto" w:fill="003E37"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2F2F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787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5B5B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5B5B5" w:themeFill="accent6" w:themeFillShade="BF"/>
      </w:tcPr>
    </w:tblStylePr>
    <w:tblStylePr w:type="band1Vert">
      <w:tblPr/>
      <w:tcPr>
        <w:tcBorders>
          <w:top w:val="nil"/>
          <w:left w:val="nil"/>
          <w:bottom w:val="nil"/>
          <w:right w:val="nil"/>
          <w:insideH w:val="nil"/>
          <w:insideV w:val="nil"/>
        </w:tcBorders>
        <w:shd w:val="clear" w:color="auto" w:fill="B5B5B5" w:themeFill="accent6" w:themeFillShade="BF"/>
      </w:tcPr>
    </w:tblStylePr>
    <w:tblStylePr w:type="band1Horz">
      <w:tblPr/>
      <w:tcPr>
        <w:tcBorders>
          <w:top w:val="nil"/>
          <w:left w:val="nil"/>
          <w:bottom w:val="nil"/>
          <w:right w:val="nil"/>
          <w:insideH w:val="nil"/>
          <w:insideV w:val="nil"/>
        </w:tcBorders>
        <w:shd w:val="clear" w:color="auto" w:fill="B5B5B5"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66ABA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6AB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66ABA4" w:themeColor="accent2"/>
        <w:left w:val="single" w:sz="4" w:space="0" w:color="007367" w:themeColor="accent1"/>
        <w:bottom w:val="single" w:sz="4" w:space="0" w:color="007367" w:themeColor="accent1"/>
        <w:right w:val="single" w:sz="4" w:space="0" w:color="007367" w:themeColor="accent1"/>
        <w:insideH w:val="single" w:sz="4" w:space="0" w:color="FFFFFF" w:themeColor="background1"/>
        <w:insideV w:val="single" w:sz="4" w:space="0" w:color="FFFFFF" w:themeColor="background1"/>
      </w:tblBorders>
    </w:tblPr>
    <w:tcPr>
      <w:shd w:val="clear" w:color="auto" w:fill="D8FFFA" w:themeFill="accent1" w:themeFillTint="19"/>
    </w:tcPr>
    <w:tblStylePr w:type="firstRow">
      <w:rPr>
        <w:b/>
        <w:bCs/>
      </w:rPr>
      <w:tblPr/>
      <w:tcPr>
        <w:tcBorders>
          <w:top w:val="nil"/>
          <w:left w:val="nil"/>
          <w:bottom w:val="single" w:sz="24" w:space="0" w:color="66AB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53D" w:themeFill="accent1" w:themeFillShade="99"/>
      </w:tcPr>
    </w:tblStylePr>
    <w:tblStylePr w:type="firstCol">
      <w:rPr>
        <w:color w:val="FFFFFF" w:themeColor="background1"/>
      </w:rPr>
      <w:tblPr/>
      <w:tcPr>
        <w:tcBorders>
          <w:top w:val="nil"/>
          <w:left w:val="nil"/>
          <w:bottom w:val="nil"/>
          <w:right w:val="nil"/>
          <w:insideH w:val="single" w:sz="4" w:space="0" w:color="00453D" w:themeColor="accent1" w:themeShade="99"/>
          <w:insideV w:val="nil"/>
        </w:tcBorders>
        <w:shd w:val="clear" w:color="auto" w:fill="00453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53D" w:themeFill="accent1" w:themeFillShade="99"/>
      </w:tcPr>
    </w:tblStylePr>
    <w:tblStylePr w:type="band1Vert">
      <w:tblPr/>
      <w:tcPr>
        <w:shd w:val="clear" w:color="auto" w:fill="61FFEE" w:themeFill="accent1" w:themeFillTint="66"/>
      </w:tcPr>
    </w:tblStylePr>
    <w:tblStylePr w:type="band1Horz">
      <w:tblPr/>
      <w:tcPr>
        <w:shd w:val="clear" w:color="auto" w:fill="3AFFEA"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66ABA4" w:themeColor="accent2"/>
        <w:left w:val="single" w:sz="4" w:space="0" w:color="66ABA4" w:themeColor="accent2"/>
        <w:bottom w:val="single" w:sz="4" w:space="0" w:color="66ABA4" w:themeColor="accent2"/>
        <w:right w:val="single" w:sz="4" w:space="0" w:color="66ABA4" w:themeColor="accent2"/>
        <w:insideH w:val="single" w:sz="4" w:space="0" w:color="FFFFFF" w:themeColor="background1"/>
        <w:insideV w:val="single" w:sz="4" w:space="0" w:color="FFFFFF" w:themeColor="background1"/>
      </w:tblBorders>
    </w:tblPr>
    <w:tcPr>
      <w:shd w:val="clear" w:color="auto" w:fill="EFF6F6" w:themeFill="accent2" w:themeFillTint="19"/>
    </w:tcPr>
    <w:tblStylePr w:type="firstRow">
      <w:rPr>
        <w:b/>
        <w:bCs/>
      </w:rPr>
      <w:tblPr/>
      <w:tcPr>
        <w:tcBorders>
          <w:top w:val="nil"/>
          <w:left w:val="nil"/>
          <w:bottom w:val="single" w:sz="24" w:space="0" w:color="66AB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6964" w:themeFill="accent2" w:themeFillShade="99"/>
      </w:tcPr>
    </w:tblStylePr>
    <w:tblStylePr w:type="firstCol">
      <w:rPr>
        <w:color w:val="FFFFFF" w:themeColor="background1"/>
      </w:rPr>
      <w:tblPr/>
      <w:tcPr>
        <w:tcBorders>
          <w:top w:val="nil"/>
          <w:left w:val="nil"/>
          <w:bottom w:val="nil"/>
          <w:right w:val="nil"/>
          <w:insideH w:val="single" w:sz="4" w:space="0" w:color="3A6964" w:themeColor="accent2" w:themeShade="99"/>
          <w:insideV w:val="nil"/>
        </w:tcBorders>
        <w:shd w:val="clear" w:color="auto" w:fill="3A696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A6964" w:themeFill="accent2" w:themeFillShade="99"/>
      </w:tcPr>
    </w:tblStylePr>
    <w:tblStylePr w:type="band1Vert">
      <w:tblPr/>
      <w:tcPr>
        <w:shd w:val="clear" w:color="auto" w:fill="C1DDDA" w:themeFill="accent2" w:themeFillTint="66"/>
      </w:tcPr>
    </w:tblStylePr>
    <w:tblStylePr w:type="band1Horz">
      <w:tblPr/>
      <w:tcPr>
        <w:shd w:val="clear" w:color="auto" w:fill="B2D5D1"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CFE3E0" w:themeColor="accent4"/>
        <w:left w:val="single" w:sz="4" w:space="0" w:color="99C7C2" w:themeColor="accent3"/>
        <w:bottom w:val="single" w:sz="4" w:space="0" w:color="99C7C2" w:themeColor="accent3"/>
        <w:right w:val="single" w:sz="4" w:space="0" w:color="99C7C2" w:themeColor="accent3"/>
        <w:insideH w:val="single" w:sz="4" w:space="0" w:color="FFFFFF" w:themeColor="background1"/>
        <w:insideV w:val="single" w:sz="4" w:space="0" w:color="FFFFFF" w:themeColor="background1"/>
      </w:tblBorders>
    </w:tblPr>
    <w:tcPr>
      <w:shd w:val="clear" w:color="auto" w:fill="F4F9F8" w:themeFill="accent3" w:themeFillTint="19"/>
    </w:tcPr>
    <w:tblStylePr w:type="firstRow">
      <w:rPr>
        <w:b/>
        <w:bCs/>
      </w:rPr>
      <w:tblPr/>
      <w:tcPr>
        <w:tcBorders>
          <w:top w:val="nil"/>
          <w:left w:val="nil"/>
          <w:bottom w:val="single" w:sz="24" w:space="0" w:color="CFE3E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A8881" w:themeFill="accent3" w:themeFillShade="99"/>
      </w:tcPr>
    </w:tblStylePr>
    <w:tblStylePr w:type="firstCol">
      <w:rPr>
        <w:color w:val="FFFFFF" w:themeColor="background1"/>
      </w:rPr>
      <w:tblPr/>
      <w:tcPr>
        <w:tcBorders>
          <w:top w:val="nil"/>
          <w:left w:val="nil"/>
          <w:bottom w:val="nil"/>
          <w:right w:val="nil"/>
          <w:insideH w:val="single" w:sz="4" w:space="0" w:color="4A8881" w:themeColor="accent3" w:themeShade="99"/>
          <w:insideV w:val="nil"/>
        </w:tcBorders>
        <w:shd w:val="clear" w:color="auto" w:fill="4A888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A8881" w:themeFill="accent3" w:themeFillShade="99"/>
      </w:tcPr>
    </w:tblStylePr>
    <w:tblStylePr w:type="band1Vert">
      <w:tblPr/>
      <w:tcPr>
        <w:shd w:val="clear" w:color="auto" w:fill="D6E8E6" w:themeFill="accent3" w:themeFillTint="66"/>
      </w:tcPr>
    </w:tblStylePr>
    <w:tblStylePr w:type="band1Horz">
      <w:tblPr/>
      <w:tcPr>
        <w:shd w:val="clear" w:color="auto" w:fill="CCE3E0"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9C7C2" w:themeColor="accent3"/>
        <w:left w:val="single" w:sz="4" w:space="0" w:color="CFE3E0" w:themeColor="accent4"/>
        <w:bottom w:val="single" w:sz="4" w:space="0" w:color="CFE3E0" w:themeColor="accent4"/>
        <w:right w:val="single" w:sz="4" w:space="0" w:color="CFE3E0" w:themeColor="accent4"/>
        <w:insideH w:val="single" w:sz="4" w:space="0" w:color="FFFFFF" w:themeColor="background1"/>
        <w:insideV w:val="single" w:sz="4" w:space="0" w:color="FFFFFF" w:themeColor="background1"/>
      </w:tblBorders>
    </w:tblPr>
    <w:tcPr>
      <w:shd w:val="clear" w:color="auto" w:fill="FAFCFB" w:themeFill="accent4" w:themeFillTint="19"/>
    </w:tcPr>
    <w:tblStylePr w:type="firstRow">
      <w:rPr>
        <w:b/>
        <w:bCs/>
      </w:rPr>
      <w:tblPr/>
      <w:tcPr>
        <w:tcBorders>
          <w:top w:val="nil"/>
          <w:left w:val="nil"/>
          <w:bottom w:val="single" w:sz="24" w:space="0" w:color="99C7C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A398" w:themeFill="accent4" w:themeFillShade="99"/>
      </w:tcPr>
    </w:tblStylePr>
    <w:tblStylePr w:type="firstCol">
      <w:rPr>
        <w:color w:val="FFFFFF" w:themeColor="background1"/>
      </w:rPr>
      <w:tblPr/>
      <w:tcPr>
        <w:tcBorders>
          <w:top w:val="nil"/>
          <w:left w:val="nil"/>
          <w:bottom w:val="nil"/>
          <w:right w:val="nil"/>
          <w:insideH w:val="single" w:sz="4" w:space="0" w:color="61A398" w:themeColor="accent4" w:themeShade="99"/>
          <w:insideV w:val="nil"/>
        </w:tcBorders>
        <w:shd w:val="clear" w:color="auto" w:fill="61A39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1A398" w:themeFill="accent4" w:themeFillShade="99"/>
      </w:tcPr>
    </w:tblStylePr>
    <w:tblStylePr w:type="band1Vert">
      <w:tblPr/>
      <w:tcPr>
        <w:shd w:val="clear" w:color="auto" w:fill="EBF3F2" w:themeFill="accent4" w:themeFillTint="66"/>
      </w:tcPr>
    </w:tblStylePr>
    <w:tblStylePr w:type="band1Horz">
      <w:tblPr/>
      <w:tcPr>
        <w:shd w:val="clear" w:color="auto" w:fill="E7F1EF"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2F2F2" w:themeColor="accent6"/>
        <w:left w:val="single" w:sz="4" w:space="0" w:color="00544B" w:themeColor="accent5"/>
        <w:bottom w:val="single" w:sz="4" w:space="0" w:color="00544B" w:themeColor="accent5"/>
        <w:right w:val="single" w:sz="4" w:space="0" w:color="00544B" w:themeColor="accent5"/>
        <w:insideH w:val="single" w:sz="4" w:space="0" w:color="FFFFFF" w:themeColor="background1"/>
        <w:insideV w:val="single" w:sz="4" w:space="0" w:color="FFFFFF" w:themeColor="background1"/>
      </w:tblBorders>
    </w:tblPr>
    <w:tcPr>
      <w:shd w:val="clear" w:color="auto" w:fill="D5FFFA" w:themeFill="accent5" w:themeFillTint="19"/>
    </w:tcPr>
    <w:tblStylePr w:type="firstRow">
      <w:rPr>
        <w:b/>
        <w:bCs/>
      </w:rPr>
      <w:tblPr/>
      <w:tcPr>
        <w:tcBorders>
          <w:top w:val="nil"/>
          <w:left w:val="nil"/>
          <w:bottom w:val="single" w:sz="24" w:space="0" w:color="F2F2F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2C" w:themeFill="accent5" w:themeFillShade="99"/>
      </w:tcPr>
    </w:tblStylePr>
    <w:tblStylePr w:type="firstCol">
      <w:rPr>
        <w:color w:val="FFFFFF" w:themeColor="background1"/>
      </w:rPr>
      <w:tblPr/>
      <w:tcPr>
        <w:tcBorders>
          <w:top w:val="nil"/>
          <w:left w:val="nil"/>
          <w:bottom w:val="nil"/>
          <w:right w:val="nil"/>
          <w:insideH w:val="single" w:sz="4" w:space="0" w:color="00322C" w:themeColor="accent5" w:themeShade="99"/>
          <w:insideV w:val="nil"/>
        </w:tcBorders>
        <w:shd w:val="clear" w:color="auto" w:fill="00322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322C" w:themeFill="accent5" w:themeFillShade="99"/>
      </w:tcPr>
    </w:tblStylePr>
    <w:tblStylePr w:type="band1Vert">
      <w:tblPr/>
      <w:tcPr>
        <w:shd w:val="clear" w:color="auto" w:fill="54FFEC" w:themeFill="accent5" w:themeFillTint="66"/>
      </w:tcPr>
    </w:tblStylePr>
    <w:tblStylePr w:type="band1Horz">
      <w:tblPr/>
      <w:tcPr>
        <w:shd w:val="clear" w:color="auto" w:fill="2AFFE7"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00544B" w:themeColor="accent5"/>
        <w:left w:val="single" w:sz="4" w:space="0" w:color="F2F2F2" w:themeColor="accent6"/>
        <w:bottom w:val="single" w:sz="4" w:space="0" w:color="F2F2F2" w:themeColor="accent6"/>
        <w:right w:val="single" w:sz="4" w:space="0" w:color="F2F2F2" w:themeColor="accent6"/>
        <w:insideH w:val="single" w:sz="4" w:space="0" w:color="FFFFFF" w:themeColor="background1"/>
        <w:insideV w:val="single" w:sz="4" w:space="0" w:color="FFFFFF" w:themeColor="background1"/>
      </w:tblBorders>
    </w:tblPr>
    <w:tcPr>
      <w:shd w:val="clear" w:color="auto" w:fill="FDFDFD" w:themeFill="accent6" w:themeFillTint="19"/>
    </w:tcPr>
    <w:tblStylePr w:type="firstRow">
      <w:rPr>
        <w:b/>
        <w:bCs/>
      </w:rPr>
      <w:tblPr/>
      <w:tcPr>
        <w:tcBorders>
          <w:top w:val="nil"/>
          <w:left w:val="nil"/>
          <w:bottom w:val="single" w:sz="24" w:space="0" w:color="00544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9191" w:themeFill="accent6" w:themeFillShade="99"/>
      </w:tcPr>
    </w:tblStylePr>
    <w:tblStylePr w:type="firstCol">
      <w:rPr>
        <w:color w:val="FFFFFF" w:themeColor="background1"/>
      </w:rPr>
      <w:tblPr/>
      <w:tcPr>
        <w:tcBorders>
          <w:top w:val="nil"/>
          <w:left w:val="nil"/>
          <w:bottom w:val="nil"/>
          <w:right w:val="nil"/>
          <w:insideH w:val="single" w:sz="4" w:space="0" w:color="919191" w:themeColor="accent6" w:themeShade="99"/>
          <w:insideV w:val="nil"/>
        </w:tcBorders>
        <w:shd w:val="clear" w:color="auto" w:fill="91919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19191" w:themeFill="accent6" w:themeFillShade="99"/>
      </w:tcPr>
    </w:tblStylePr>
    <w:tblStylePr w:type="band1Vert">
      <w:tblPr/>
      <w:tcPr>
        <w:shd w:val="clear" w:color="auto" w:fill="F9F9F9" w:themeFill="accent6" w:themeFillTint="66"/>
      </w:tcPr>
    </w:tblStylePr>
    <w:tblStylePr w:type="band1Horz">
      <w:tblPr/>
      <w:tcPr>
        <w:shd w:val="clear" w:color="auto" w:fill="F8F8F8"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D8C86" w:themeFill="accent2" w:themeFillShade="CC"/>
      </w:tcPr>
    </w:tblStylePr>
    <w:tblStylePr w:type="lastRow">
      <w:rPr>
        <w:b/>
        <w:bCs/>
        <w:color w:val="4D8C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D8FFFA" w:themeFill="accent1" w:themeFillTint="19"/>
    </w:tcPr>
    <w:tblStylePr w:type="firstRow">
      <w:rPr>
        <w:b/>
        <w:bCs/>
        <w:color w:val="FFFFFF" w:themeColor="background1"/>
      </w:rPr>
      <w:tblPr/>
      <w:tcPr>
        <w:tcBorders>
          <w:bottom w:val="single" w:sz="12" w:space="0" w:color="FFFFFF" w:themeColor="background1"/>
        </w:tcBorders>
        <w:shd w:val="clear" w:color="auto" w:fill="4D8C86" w:themeFill="accent2" w:themeFillShade="CC"/>
      </w:tcPr>
    </w:tblStylePr>
    <w:tblStylePr w:type="lastRow">
      <w:rPr>
        <w:b/>
        <w:bCs/>
        <w:color w:val="4D8C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FFF4" w:themeFill="accent1" w:themeFillTint="3F"/>
      </w:tcPr>
    </w:tblStylePr>
    <w:tblStylePr w:type="band1Horz">
      <w:tblPr/>
      <w:tcPr>
        <w:shd w:val="clear" w:color="auto" w:fill="B0FFF6"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EFF6F6" w:themeFill="accent2" w:themeFillTint="19"/>
    </w:tcPr>
    <w:tblStylePr w:type="firstRow">
      <w:rPr>
        <w:b/>
        <w:bCs/>
        <w:color w:val="FFFFFF" w:themeColor="background1"/>
      </w:rPr>
      <w:tblPr/>
      <w:tcPr>
        <w:tcBorders>
          <w:bottom w:val="single" w:sz="12" w:space="0" w:color="FFFFFF" w:themeColor="background1"/>
        </w:tcBorders>
        <w:shd w:val="clear" w:color="auto" w:fill="4D8C86" w:themeFill="accent2" w:themeFillShade="CC"/>
      </w:tcPr>
    </w:tblStylePr>
    <w:tblStylePr w:type="lastRow">
      <w:rPr>
        <w:b/>
        <w:bCs/>
        <w:color w:val="4D8C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AE8" w:themeFill="accent2" w:themeFillTint="3F"/>
      </w:tcPr>
    </w:tblStylePr>
    <w:tblStylePr w:type="band1Horz">
      <w:tblPr/>
      <w:tcPr>
        <w:shd w:val="clear" w:color="auto" w:fill="E0EEEC"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4F9F8" w:themeFill="accent3" w:themeFillTint="19"/>
    </w:tcPr>
    <w:tblStylePr w:type="firstRow">
      <w:rPr>
        <w:b/>
        <w:bCs/>
        <w:color w:val="FFFFFF" w:themeColor="background1"/>
      </w:rPr>
      <w:tblPr/>
      <w:tcPr>
        <w:tcBorders>
          <w:bottom w:val="single" w:sz="12" w:space="0" w:color="FFFFFF" w:themeColor="background1"/>
        </w:tcBorders>
        <w:shd w:val="clear" w:color="auto" w:fill="98C3BC" w:themeFill="accent4" w:themeFillShade="CC"/>
      </w:tcPr>
    </w:tblStylePr>
    <w:tblStylePr w:type="lastRow">
      <w:rPr>
        <w:b/>
        <w:bCs/>
        <w:color w:val="98C3B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1EF" w:themeFill="accent3" w:themeFillTint="3F"/>
      </w:tcPr>
    </w:tblStylePr>
    <w:tblStylePr w:type="band1Horz">
      <w:tblPr/>
      <w:tcPr>
        <w:shd w:val="clear" w:color="auto" w:fill="EAF3F2"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AFCFB" w:themeFill="accent4" w:themeFillTint="19"/>
    </w:tcPr>
    <w:tblStylePr w:type="firstRow">
      <w:rPr>
        <w:b/>
        <w:bCs/>
        <w:color w:val="FFFFFF" w:themeColor="background1"/>
      </w:rPr>
      <w:tblPr/>
      <w:tcPr>
        <w:tcBorders>
          <w:bottom w:val="single" w:sz="12" w:space="0" w:color="FFFFFF" w:themeColor="background1"/>
        </w:tcBorders>
        <w:shd w:val="clear" w:color="auto" w:fill="6BAEA6" w:themeFill="accent3" w:themeFillShade="CC"/>
      </w:tcPr>
    </w:tblStylePr>
    <w:tblStylePr w:type="lastRow">
      <w:rPr>
        <w:b/>
        <w:bCs/>
        <w:color w:val="6BAEA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8F7" w:themeFill="accent4" w:themeFillTint="3F"/>
      </w:tcPr>
    </w:tblStylePr>
    <w:tblStylePr w:type="band1Horz">
      <w:tblPr/>
      <w:tcPr>
        <w:shd w:val="clear" w:color="auto" w:fill="F5F9F8"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D5FFFA" w:themeFill="accent5" w:themeFillTint="19"/>
    </w:tcPr>
    <w:tblStylePr w:type="firstRow">
      <w:rPr>
        <w:b/>
        <w:bCs/>
        <w:color w:val="FFFFFF" w:themeColor="background1"/>
      </w:rPr>
      <w:tblPr/>
      <w:tcPr>
        <w:tcBorders>
          <w:bottom w:val="single" w:sz="12" w:space="0" w:color="FFFFFF" w:themeColor="background1"/>
        </w:tcBorders>
        <w:shd w:val="clear" w:color="auto" w:fill="C1C1C1" w:themeFill="accent6" w:themeFillShade="CC"/>
      </w:tcPr>
    </w:tblStylePr>
    <w:tblStylePr w:type="lastRow">
      <w:rPr>
        <w:b/>
        <w:bCs/>
        <w:color w:val="C1C1C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5FFF3" w:themeFill="accent5" w:themeFillTint="3F"/>
      </w:tcPr>
    </w:tblStylePr>
    <w:tblStylePr w:type="band1Horz">
      <w:tblPr/>
      <w:tcPr>
        <w:shd w:val="clear" w:color="auto" w:fill="A9FFF5"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DFDFD" w:themeFill="accent6" w:themeFillTint="19"/>
    </w:tcPr>
    <w:tblStylePr w:type="firstRow">
      <w:rPr>
        <w:b/>
        <w:bCs/>
        <w:color w:val="FFFFFF" w:themeColor="background1"/>
      </w:rPr>
      <w:tblPr/>
      <w:tcPr>
        <w:tcBorders>
          <w:bottom w:val="single" w:sz="12" w:space="0" w:color="FFFFFF" w:themeColor="background1"/>
        </w:tcBorders>
        <w:shd w:val="clear" w:color="auto" w:fill="00433B" w:themeFill="accent5" w:themeFillShade="CC"/>
      </w:tcPr>
    </w:tblStylePr>
    <w:tblStylePr w:type="lastRow">
      <w:rPr>
        <w:b/>
        <w:bCs/>
        <w:color w:val="00433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B" w:themeFill="accent6" w:themeFillTint="3F"/>
      </w:tcPr>
    </w:tblStylePr>
    <w:tblStylePr w:type="band1Horz">
      <w:tblPr/>
      <w:tcPr>
        <w:shd w:val="clear" w:color="auto" w:fill="FCFCFC"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FFF6" w:themeFill="accent1" w:themeFillTint="33"/>
    </w:tcPr>
    <w:tblStylePr w:type="firstRow">
      <w:rPr>
        <w:b/>
        <w:bCs/>
      </w:rPr>
      <w:tblPr/>
      <w:tcPr>
        <w:shd w:val="clear" w:color="auto" w:fill="61FFEE" w:themeFill="accent1" w:themeFillTint="66"/>
      </w:tcPr>
    </w:tblStylePr>
    <w:tblStylePr w:type="lastRow">
      <w:rPr>
        <w:b/>
        <w:bCs/>
        <w:color w:val="000000" w:themeColor="text1"/>
      </w:rPr>
      <w:tblPr/>
      <w:tcPr>
        <w:shd w:val="clear" w:color="auto" w:fill="61FFEE" w:themeFill="accent1" w:themeFillTint="66"/>
      </w:tcPr>
    </w:tblStylePr>
    <w:tblStylePr w:type="firstCol">
      <w:rPr>
        <w:color w:val="FFFFFF" w:themeColor="background1"/>
      </w:rPr>
      <w:tblPr/>
      <w:tcPr>
        <w:shd w:val="clear" w:color="auto" w:fill="00564C" w:themeFill="accent1" w:themeFillShade="BF"/>
      </w:tcPr>
    </w:tblStylePr>
    <w:tblStylePr w:type="lastCol">
      <w:rPr>
        <w:color w:val="FFFFFF" w:themeColor="background1"/>
      </w:rPr>
      <w:tblPr/>
      <w:tcPr>
        <w:shd w:val="clear" w:color="auto" w:fill="00564C" w:themeFill="accent1" w:themeFillShade="BF"/>
      </w:tcPr>
    </w:tblStylePr>
    <w:tblStylePr w:type="band1Vert">
      <w:tblPr/>
      <w:tcPr>
        <w:shd w:val="clear" w:color="auto" w:fill="3AFFEA" w:themeFill="accent1" w:themeFillTint="7F"/>
      </w:tcPr>
    </w:tblStylePr>
    <w:tblStylePr w:type="band1Horz">
      <w:tblPr/>
      <w:tcPr>
        <w:shd w:val="clear" w:color="auto" w:fill="3AFFEA"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0EEEC" w:themeFill="accent2" w:themeFillTint="33"/>
    </w:tcPr>
    <w:tblStylePr w:type="firstRow">
      <w:rPr>
        <w:b/>
        <w:bCs/>
      </w:rPr>
      <w:tblPr/>
      <w:tcPr>
        <w:shd w:val="clear" w:color="auto" w:fill="C1DDDA" w:themeFill="accent2" w:themeFillTint="66"/>
      </w:tcPr>
    </w:tblStylePr>
    <w:tblStylePr w:type="lastRow">
      <w:rPr>
        <w:b/>
        <w:bCs/>
        <w:color w:val="000000" w:themeColor="text1"/>
      </w:rPr>
      <w:tblPr/>
      <w:tcPr>
        <w:shd w:val="clear" w:color="auto" w:fill="C1DDDA" w:themeFill="accent2" w:themeFillTint="66"/>
      </w:tcPr>
    </w:tblStylePr>
    <w:tblStylePr w:type="firstCol">
      <w:rPr>
        <w:color w:val="FFFFFF" w:themeColor="background1"/>
      </w:rPr>
      <w:tblPr/>
      <w:tcPr>
        <w:shd w:val="clear" w:color="auto" w:fill="48837D" w:themeFill="accent2" w:themeFillShade="BF"/>
      </w:tcPr>
    </w:tblStylePr>
    <w:tblStylePr w:type="lastCol">
      <w:rPr>
        <w:color w:val="FFFFFF" w:themeColor="background1"/>
      </w:rPr>
      <w:tblPr/>
      <w:tcPr>
        <w:shd w:val="clear" w:color="auto" w:fill="48837D" w:themeFill="accent2" w:themeFillShade="BF"/>
      </w:tcPr>
    </w:tblStylePr>
    <w:tblStylePr w:type="band1Vert">
      <w:tblPr/>
      <w:tcPr>
        <w:shd w:val="clear" w:color="auto" w:fill="B2D5D1" w:themeFill="accent2" w:themeFillTint="7F"/>
      </w:tcPr>
    </w:tblStylePr>
    <w:tblStylePr w:type="band1Horz">
      <w:tblPr/>
      <w:tcPr>
        <w:shd w:val="clear" w:color="auto" w:fill="B2D5D1"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3F2" w:themeFill="accent3" w:themeFillTint="33"/>
    </w:tcPr>
    <w:tblStylePr w:type="firstRow">
      <w:rPr>
        <w:b/>
        <w:bCs/>
      </w:rPr>
      <w:tblPr/>
      <w:tcPr>
        <w:shd w:val="clear" w:color="auto" w:fill="D6E8E6" w:themeFill="accent3" w:themeFillTint="66"/>
      </w:tcPr>
    </w:tblStylePr>
    <w:tblStylePr w:type="lastRow">
      <w:rPr>
        <w:b/>
        <w:bCs/>
        <w:color w:val="000000" w:themeColor="text1"/>
      </w:rPr>
      <w:tblPr/>
      <w:tcPr>
        <w:shd w:val="clear" w:color="auto" w:fill="D6E8E6" w:themeFill="accent3" w:themeFillTint="66"/>
      </w:tcPr>
    </w:tblStylePr>
    <w:tblStylePr w:type="firstCol">
      <w:rPr>
        <w:color w:val="FFFFFF" w:themeColor="background1"/>
      </w:rPr>
      <w:tblPr/>
      <w:tcPr>
        <w:shd w:val="clear" w:color="auto" w:fill="5FA79F" w:themeFill="accent3" w:themeFillShade="BF"/>
      </w:tcPr>
    </w:tblStylePr>
    <w:tblStylePr w:type="lastCol">
      <w:rPr>
        <w:color w:val="FFFFFF" w:themeColor="background1"/>
      </w:rPr>
      <w:tblPr/>
      <w:tcPr>
        <w:shd w:val="clear" w:color="auto" w:fill="5FA79F" w:themeFill="accent3" w:themeFillShade="BF"/>
      </w:tcPr>
    </w:tblStylePr>
    <w:tblStylePr w:type="band1Vert">
      <w:tblPr/>
      <w:tcPr>
        <w:shd w:val="clear" w:color="auto" w:fill="CCE3E0" w:themeFill="accent3" w:themeFillTint="7F"/>
      </w:tcPr>
    </w:tblStylePr>
    <w:tblStylePr w:type="band1Horz">
      <w:tblPr/>
      <w:tcPr>
        <w:shd w:val="clear" w:color="auto" w:fill="CCE3E0"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5F9F8" w:themeFill="accent4" w:themeFillTint="33"/>
    </w:tcPr>
    <w:tblStylePr w:type="firstRow">
      <w:rPr>
        <w:b/>
        <w:bCs/>
      </w:rPr>
      <w:tblPr/>
      <w:tcPr>
        <w:shd w:val="clear" w:color="auto" w:fill="EBF3F2" w:themeFill="accent4" w:themeFillTint="66"/>
      </w:tcPr>
    </w:tblStylePr>
    <w:tblStylePr w:type="lastRow">
      <w:rPr>
        <w:b/>
        <w:bCs/>
        <w:color w:val="000000" w:themeColor="text1"/>
      </w:rPr>
      <w:tblPr/>
      <w:tcPr>
        <w:shd w:val="clear" w:color="auto" w:fill="EBF3F2" w:themeFill="accent4" w:themeFillTint="66"/>
      </w:tcPr>
    </w:tblStylePr>
    <w:tblStylePr w:type="firstCol">
      <w:rPr>
        <w:color w:val="FFFFFF" w:themeColor="background1"/>
      </w:rPr>
      <w:tblPr/>
      <w:tcPr>
        <w:shd w:val="clear" w:color="auto" w:fill="8ABAB3" w:themeFill="accent4" w:themeFillShade="BF"/>
      </w:tcPr>
    </w:tblStylePr>
    <w:tblStylePr w:type="lastCol">
      <w:rPr>
        <w:color w:val="FFFFFF" w:themeColor="background1"/>
      </w:rPr>
      <w:tblPr/>
      <w:tcPr>
        <w:shd w:val="clear" w:color="auto" w:fill="8ABAB3" w:themeFill="accent4" w:themeFillShade="BF"/>
      </w:tcPr>
    </w:tblStylePr>
    <w:tblStylePr w:type="band1Vert">
      <w:tblPr/>
      <w:tcPr>
        <w:shd w:val="clear" w:color="auto" w:fill="E7F1EF" w:themeFill="accent4" w:themeFillTint="7F"/>
      </w:tcPr>
    </w:tblStylePr>
    <w:tblStylePr w:type="band1Horz">
      <w:tblPr/>
      <w:tcPr>
        <w:shd w:val="clear" w:color="auto" w:fill="E7F1EF"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9FFF5" w:themeFill="accent5" w:themeFillTint="33"/>
    </w:tcPr>
    <w:tblStylePr w:type="firstRow">
      <w:rPr>
        <w:b/>
        <w:bCs/>
      </w:rPr>
      <w:tblPr/>
      <w:tcPr>
        <w:shd w:val="clear" w:color="auto" w:fill="54FFEC" w:themeFill="accent5" w:themeFillTint="66"/>
      </w:tcPr>
    </w:tblStylePr>
    <w:tblStylePr w:type="lastRow">
      <w:rPr>
        <w:b/>
        <w:bCs/>
        <w:color w:val="000000" w:themeColor="text1"/>
      </w:rPr>
      <w:tblPr/>
      <w:tcPr>
        <w:shd w:val="clear" w:color="auto" w:fill="54FFEC" w:themeFill="accent5" w:themeFillTint="66"/>
      </w:tcPr>
    </w:tblStylePr>
    <w:tblStylePr w:type="firstCol">
      <w:rPr>
        <w:color w:val="FFFFFF" w:themeColor="background1"/>
      </w:rPr>
      <w:tblPr/>
      <w:tcPr>
        <w:shd w:val="clear" w:color="auto" w:fill="003E37" w:themeFill="accent5" w:themeFillShade="BF"/>
      </w:tcPr>
    </w:tblStylePr>
    <w:tblStylePr w:type="lastCol">
      <w:rPr>
        <w:color w:val="FFFFFF" w:themeColor="background1"/>
      </w:rPr>
      <w:tblPr/>
      <w:tcPr>
        <w:shd w:val="clear" w:color="auto" w:fill="003E37" w:themeFill="accent5" w:themeFillShade="BF"/>
      </w:tcPr>
    </w:tblStylePr>
    <w:tblStylePr w:type="band1Vert">
      <w:tblPr/>
      <w:tcPr>
        <w:shd w:val="clear" w:color="auto" w:fill="2AFFE7" w:themeFill="accent5" w:themeFillTint="7F"/>
      </w:tcPr>
    </w:tblStylePr>
    <w:tblStylePr w:type="band1Horz">
      <w:tblPr/>
      <w:tcPr>
        <w:shd w:val="clear" w:color="auto" w:fill="2AFFE7"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CFC" w:themeFill="accent6" w:themeFillTint="33"/>
    </w:tcPr>
    <w:tblStylePr w:type="firstRow">
      <w:rPr>
        <w:b/>
        <w:bCs/>
      </w:rPr>
      <w:tblPr/>
      <w:tcPr>
        <w:shd w:val="clear" w:color="auto" w:fill="F9F9F9" w:themeFill="accent6" w:themeFillTint="66"/>
      </w:tcPr>
    </w:tblStylePr>
    <w:tblStylePr w:type="lastRow">
      <w:rPr>
        <w:b/>
        <w:bCs/>
        <w:color w:val="000000" w:themeColor="text1"/>
      </w:rPr>
      <w:tblPr/>
      <w:tcPr>
        <w:shd w:val="clear" w:color="auto" w:fill="F9F9F9" w:themeFill="accent6" w:themeFillTint="66"/>
      </w:tcPr>
    </w:tblStylePr>
    <w:tblStylePr w:type="firstCol">
      <w:rPr>
        <w:color w:val="FFFFFF" w:themeColor="background1"/>
      </w:rPr>
      <w:tblPr/>
      <w:tcPr>
        <w:shd w:val="clear" w:color="auto" w:fill="B5B5B5" w:themeFill="accent6" w:themeFillShade="BF"/>
      </w:tcPr>
    </w:tblStylePr>
    <w:tblStylePr w:type="lastCol">
      <w:rPr>
        <w:color w:val="FFFFFF" w:themeColor="background1"/>
      </w:rPr>
      <w:tblPr/>
      <w:tcPr>
        <w:shd w:val="clear" w:color="auto" w:fill="B5B5B5" w:themeFill="accent6" w:themeFillShade="BF"/>
      </w:tcPr>
    </w:tblStylePr>
    <w:tblStylePr w:type="band1Vert">
      <w:tblPr/>
      <w:tcPr>
        <w:shd w:val="clear" w:color="auto" w:fill="F8F8F8" w:themeFill="accent6" w:themeFillTint="7F"/>
      </w:tcPr>
    </w:tblStylePr>
    <w:tblStylePr w:type="band1Horz">
      <w:tblPr/>
      <w:tcPr>
        <w:shd w:val="clear" w:color="auto" w:fill="F8F8F8" w:themeFill="accent6" w:themeFillTint="7F"/>
      </w:tcPr>
    </w:tblStylePr>
  </w:style>
  <w:style w:type="paragraph" w:styleId="Verzeichnis1">
    <w:name w:val="toc 1"/>
    <w:basedOn w:val="Standard"/>
    <w:next w:val="Standard"/>
    <w:autoRedefine/>
    <w:uiPriority w:val="39"/>
    <w:unhideWhenUsed/>
    <w:rsid w:val="00BB57E2"/>
    <w:pPr>
      <w:spacing w:after="100"/>
    </w:pPr>
  </w:style>
  <w:style w:type="character" w:styleId="Hyperlink">
    <w:name w:val="Hyperlink"/>
    <w:basedOn w:val="Absatz-Standardschriftart"/>
    <w:uiPriority w:val="99"/>
    <w:unhideWhenUsed/>
    <w:rsid w:val="00BB57E2"/>
    <w:rPr>
      <w:color w:val="007367" w:themeColor="hyperlink"/>
      <w:u w:val="single"/>
    </w:rPr>
  </w:style>
  <w:style w:type="paragraph" w:styleId="berarbeitung">
    <w:name w:val="Revision"/>
    <w:hidden/>
    <w:uiPriority w:val="99"/>
    <w:semiHidden/>
    <w:rsid w:val="00E10A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Benutzerdefiniert 2">
      <a:dk1>
        <a:sysClr val="windowText" lastClr="000000"/>
      </a:dk1>
      <a:lt1>
        <a:sysClr val="window" lastClr="FFFFFF"/>
      </a:lt1>
      <a:dk2>
        <a:srgbClr val="2C3C43"/>
      </a:dk2>
      <a:lt2>
        <a:srgbClr val="EBEBEB"/>
      </a:lt2>
      <a:accent1>
        <a:srgbClr val="007367"/>
      </a:accent1>
      <a:accent2>
        <a:srgbClr val="66ABA4"/>
      </a:accent2>
      <a:accent3>
        <a:srgbClr val="99C7C2"/>
      </a:accent3>
      <a:accent4>
        <a:srgbClr val="CFE3E0"/>
      </a:accent4>
      <a:accent5>
        <a:srgbClr val="00544B"/>
      </a:accent5>
      <a:accent6>
        <a:srgbClr val="F2F2F2"/>
      </a:accent6>
      <a:hlink>
        <a:srgbClr val="007367"/>
      </a:hlink>
      <a:folHlink>
        <a:srgbClr val="66ABA4"/>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420</Words>
  <Characters>2647</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Alvarado, Rebecca-Elizabeth</cp:lastModifiedBy>
  <cp:revision>10</cp:revision>
  <dcterms:created xsi:type="dcterms:W3CDTF">2026-03-18T14:08:00Z</dcterms:created>
  <dcterms:modified xsi:type="dcterms:W3CDTF">2026-07-29T08:59:00Z</dcterms:modified>
  <cp:category/>
</cp:coreProperties>
</file>